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pageBreakBefore w:val="0"/>
        <w:spacing w:line="240" w:lineRule="auto" w:before="100" w:after="100"/>
        <w:jc w:val="center"/>
      </w:pPr>
      <w:r>
        <w:rPr>
          <w:rFonts w:ascii="Arial" w:hAnsi="Arial" w:eastAsia="Arial"/>
          <w:b/>
          <w:i w:val="0"/>
          <w:color w:val="000000"/>
          <w:sz w:val="32"/>
        </w:rPr>
        <w:t>ПЕРЕДАЧА «ВОКРУГ ДИЗАЙНА»</w:t>
      </w:r>
    </w:p>
    <w:p>
      <w:pPr>
        <w:keepNext w:val="0"/>
        <w:pageBreakBefore w:val="0"/>
        <w:spacing w:line="240" w:lineRule="auto" w:before="100" w:after="100"/>
        <w:jc w:val="center"/>
      </w:pPr>
      <w:r>
        <w:rPr>
          <w:rFonts w:ascii="Arial" w:hAnsi="Arial" w:eastAsia="Arial"/>
          <w:b/>
          <w:i w:val="0"/>
          <w:color w:val="000000"/>
          <w:sz w:val="26"/>
        </w:rPr>
        <w:t>Линейный эфир</w:t>
      </w:r>
    </w:p>
    <w:p>
      <w:pPr>
        <w:keepNext w:val="0"/>
        <w:pageBreakBefore w:val="0"/>
        <w:spacing w:line="240" w:lineRule="auto" w:before="100" w:after="100"/>
        <w:jc w:val="center"/>
      </w:pPr>
      <w:r>
        <w:rPr>
          <w:rFonts w:ascii="Arial" w:hAnsi="Arial" w:eastAsia="Arial"/>
          <w:b/>
          <w:i w:val="0"/>
          <w:color w:val="000000"/>
          <w:sz w:val="26"/>
        </w:rPr>
        <w:t>27 августа 2026 года, четверг, 12:00</w:t>
      </w:r>
    </w:p>
    <w:p>
      <w:pPr>
        <w:keepNext w:val="0"/>
        <w:pageBreakBefore w:val="0"/>
        <w:spacing w:line="240" w:lineRule="auto" w:before="100" w:after="100"/>
        <w:jc w:val="center"/>
      </w:pPr>
      <w:r>
        <w:rPr>
          <w:rFonts w:ascii="Arial" w:hAnsi="Arial" w:eastAsia="Arial"/>
          <w:b/>
          <w:i w:val="0"/>
          <w:color w:val="000000"/>
          <w:sz w:val="30"/>
        </w:rPr>
        <w:t>Тема: «Жить как в отеле: почему гостиничный дизайн приходит в наши дома»</w:t>
      </w:r>
    </w:p>
    <w:p>
      <w:pPr>
        <w:keepNext w:val="0"/>
        <w:pageBreakBefore w:val="0"/>
        <w:spacing w:line="240" w:lineRule="auto" w:before="360" w:after="100"/>
        <w:jc w:val="center"/>
      </w:pPr>
      <w:r>
        <w:rPr>
          <w:rFonts w:ascii="Arial" w:hAnsi="Arial" w:eastAsia="Arial"/>
          <w:b/>
          <w:i w:val="0"/>
          <w:color w:val="000000"/>
          <w:sz w:val="28"/>
        </w:rPr>
        <w:t>АФИША</w:t>
      </w:r>
    </w:p>
    <w:p>
      <w:pPr>
        <w:keepNext w:val="0"/>
        <w:pageBreakBefore w:val="0"/>
        <w:spacing w:line="240" w:lineRule="auto" w:before="100" w:after="100"/>
        <w:jc w:val="center"/>
      </w:pPr>
      <w:r>
        <w:rPr>
          <w:rFonts w:ascii="Arial" w:hAnsi="Arial" w:eastAsia="Arial"/>
          <w:b w:val="0"/>
          <w:i w:val="0"/>
          <w:color w:val="000000"/>
          <w:sz w:val="24"/>
        </w:rPr>
        <w:t>Почему нам хочется перенести атмосферу хорошего отеля домой — и действительно ли гостиничный интерьер всегда продуман лучше обычной квартиры?</w:t>
      </w:r>
    </w:p>
    <w:p>
      <w:pPr>
        <w:keepNext w:val="0"/>
        <w:pageBreakBefore w:val="0"/>
        <w:spacing w:line="240" w:lineRule="auto" w:before="100" w:after="100"/>
        <w:jc w:val="left"/>
      </w:pPr>
      <w:r>
        <w:rPr>
          <w:rFonts w:ascii="Arial" w:hAnsi="Arial" w:eastAsia="Arial"/>
          <w:b/>
          <w:i w:val="0"/>
          <w:color w:val="000000"/>
          <w:sz w:val="24"/>
        </w:rPr>
        <w:t>В новом выпуске поговорим:</w:t>
      </w:r>
    </w:p>
    <w:p>
      <w:pPr>
        <w:keepNext w:val="0"/>
        <w:pageBreakBefore w:val="0"/>
        <w:spacing w:line="240" w:lineRule="auto" w:before="100" w:after="100"/>
        <w:jc w:val="left"/>
      </w:pPr>
      <w:r>
        <w:rPr>
          <w:rFonts w:ascii="Arial" w:hAnsi="Arial" w:eastAsia="Arial"/>
          <w:b w:val="0"/>
          <w:i w:val="0"/>
          <w:color w:val="000000"/>
          <w:sz w:val="24"/>
        </w:rPr>
        <w:t>— почему хорошие гостиничные интерьеры вызывают желание жить так каждый день;</w:t>
      </w:r>
    </w:p>
    <w:p>
      <w:pPr>
        <w:keepNext w:val="0"/>
        <w:pageBreakBefore w:val="0"/>
        <w:spacing w:line="240" w:lineRule="auto" w:before="100" w:after="100"/>
        <w:jc w:val="left"/>
      </w:pPr>
      <w:r>
        <w:rPr>
          <w:rFonts w:ascii="Arial" w:hAnsi="Arial" w:eastAsia="Arial"/>
          <w:b w:val="0"/>
          <w:i w:val="0"/>
          <w:color w:val="000000"/>
          <w:sz w:val="24"/>
        </w:rPr>
        <w:t>— какие решения из отелей действительно делают дом удобнее;</w:t>
      </w:r>
    </w:p>
    <w:p>
      <w:pPr>
        <w:keepNext w:val="0"/>
        <w:pageBreakBefore w:val="0"/>
        <w:spacing w:line="240" w:lineRule="auto" w:before="100" w:after="100"/>
        <w:jc w:val="left"/>
      </w:pPr>
      <w:r>
        <w:rPr>
          <w:rFonts w:ascii="Arial" w:hAnsi="Arial" w:eastAsia="Arial"/>
          <w:b w:val="0"/>
          <w:i w:val="0"/>
          <w:color w:val="000000"/>
          <w:sz w:val="24"/>
        </w:rPr>
        <w:t>— что бывает плохо продумано даже в дорогих номерах;</w:t>
      </w:r>
    </w:p>
    <w:p>
      <w:pPr>
        <w:keepNext w:val="0"/>
        <w:pageBreakBefore w:val="0"/>
        <w:spacing w:line="240" w:lineRule="auto" w:before="100" w:after="100"/>
        <w:jc w:val="left"/>
      </w:pPr>
      <w:r>
        <w:rPr>
          <w:rFonts w:ascii="Arial" w:hAnsi="Arial" w:eastAsia="Arial"/>
          <w:b w:val="0"/>
          <w:i w:val="0"/>
          <w:color w:val="000000"/>
          <w:sz w:val="24"/>
        </w:rPr>
        <w:t>— как создать гостиничный комфорт, не превратив дом в безликий номер.</w:t>
      </w:r>
    </w:p>
    <w:p>
      <w:pPr>
        <w:keepNext w:val="0"/>
        <w:pageBreakBefore w:val="0"/>
        <w:spacing w:line="240" w:lineRule="auto" w:before="100" w:after="100"/>
        <w:jc w:val="center"/>
      </w:pPr>
      <w:r>
        <w:rPr>
          <w:rFonts w:ascii="Arial" w:hAnsi="Arial" w:eastAsia="Arial"/>
          <w:b/>
          <w:i w:val="0"/>
          <w:color w:val="000000"/>
          <w:sz w:val="24"/>
        </w:rPr>
        <w:t>Слушайте авторскую программу Полины Чаплановой «Вокруг дизайна» на радио SMOOTH.LIFE.STYLE.</w:t>
      </w:r>
    </w:p>
    <w:p>
      <w:pPr>
        <w:keepNext w:val="0"/>
        <w:pageBreakBefore w:val="0"/>
        <w:spacing w:line="240" w:lineRule="auto" w:before="100" w:after="100"/>
        <w:jc w:val="center"/>
      </w:pPr>
      <w:r>
        <w:rPr>
          <w:rFonts w:ascii="Arial" w:hAnsi="Arial" w:eastAsia="Arial"/>
          <w:b/>
          <w:i w:val="0"/>
          <w:color w:val="000000"/>
          <w:sz w:val="24"/>
        </w:rPr>
        <w:t>27 августа в 12:00 по московскому времени.</w:t>
      </w:r>
    </w:p>
    <w:p>
      <w:pPr>
        <w:keepNext w:val="0"/>
        <w:pageBreakBefore/>
        <w:spacing w:line="240" w:lineRule="auto" w:before="100" w:after="100"/>
        <w:jc w:val="center"/>
      </w:pPr>
      <w:r>
        <w:rPr>
          <w:rFonts w:ascii="Arial" w:hAnsi="Arial" w:eastAsia="Arial"/>
          <w:b/>
          <w:i w:val="0"/>
          <w:color w:val="000000"/>
          <w:sz w:val="32"/>
        </w:rPr>
        <w:t>СЦЕНАРИЙ ЭФИРА</w:t>
      </w:r>
    </w:p>
    <w:p>
      <w:pPr>
        <w:keepNext/>
        <w:pageBreakBefore w:val="0"/>
        <w:spacing w:line="240" w:lineRule="auto" w:before="320" w:after="100"/>
        <w:jc w:val="left"/>
      </w:pPr>
      <w:r>
        <w:rPr>
          <w:rFonts w:ascii="Arial" w:hAnsi="Arial" w:eastAsia="Arial"/>
          <w:b w:val="0"/>
          <w:i w:val="0"/>
          <w:color w:val="FF0000"/>
          <w:sz w:val="24"/>
        </w:rPr>
        <w:t>Здравствуйте, дорогие радиослушатели, в эфире передача «Вокруг дизайна» на волнах радио SMOOTH.LIFE.STYLE, и я её ведущая Полина Чапланова, действующий дизайнер интерьера с 20-летним опытом работы и практики.</w:t>
      </w:r>
    </w:p>
    <w:p>
      <w:pPr>
        <w:keepNext w:val="0"/>
        <w:pageBreakBefore w:val="0"/>
        <w:spacing w:line="240" w:lineRule="auto" w:before="100" w:after="100"/>
        <w:jc w:val="left"/>
      </w:pPr>
      <w:r>
        <w:rPr>
          <w:rFonts w:ascii="Arial" w:hAnsi="Arial" w:eastAsia="Arial"/>
          <w:b w:val="0"/>
          <w:i w:val="0"/>
          <w:color w:val="FF0000"/>
          <w:sz w:val="24"/>
        </w:rPr>
        <w:t>Напомню, что передача «Вокруг дизайна» — это передача о дизайне, искусстве, творчестве и о том, что связано с домом и не только с домом…</w:t>
      </w:r>
    </w:p>
    <w:p>
      <w:pPr>
        <w:keepNext w:val="0"/>
        <w:pageBreakBefore w:val="0"/>
        <w:spacing w:line="240" w:lineRule="auto" w:before="100" w:after="100"/>
        <w:jc w:val="left"/>
      </w:pPr>
      <w:r>
        <w:rPr>
          <w:rFonts w:ascii="Arial" w:hAnsi="Arial" w:eastAsia="Arial"/>
          <w:b w:val="0"/>
          <w:i w:val="0"/>
          <w:color w:val="FF0000"/>
          <w:sz w:val="24"/>
        </w:rPr>
        <w:t>И тема «Жить как в отеле: почему гостиничный дизайн приходит в наши дома».</w:t>
      </w:r>
    </w:p>
    <w:p>
      <w:pPr>
        <w:keepNext w:val="0"/>
        <w:pageBreakBefore w:val="0"/>
        <w:spacing w:line="240" w:lineRule="auto" w:before="100" w:after="100"/>
        <w:jc w:val="left"/>
      </w:pPr>
      <w:r>
        <w:rPr>
          <w:rFonts w:ascii="Arial" w:hAnsi="Arial" w:eastAsia="Arial"/>
          <w:b w:val="0"/>
          <w:i w:val="0"/>
          <w:color w:val="FF0000"/>
          <w:sz w:val="24"/>
        </w:rPr>
        <w:t>И чуть-чуть расскажу о себе и почему я могу об этом говорить.</w:t>
      </w:r>
    </w:p>
    <w:p>
      <w:pPr>
        <w:keepNext w:val="0"/>
        <w:pageBreakBefore w:val="0"/>
        <w:spacing w:line="240" w:lineRule="auto" w:before="100" w:after="100"/>
        <w:jc w:val="left"/>
      </w:pPr>
      <w:r>
        <w:rPr>
          <w:rFonts w:ascii="Arial" w:hAnsi="Arial" w:eastAsia="Arial"/>
          <w:b w:val="0"/>
          <w:i w:val="0"/>
          <w:color w:val="FF0000"/>
          <w:sz w:val="24"/>
        </w:rPr>
        <w:t>— Я основатель своей собственной студии дизайна интерьера POLINA CHAPLANOVA DESIGN, которая осуществляет полный спектр услуг от идеи до реализации.</w:t>
      </w:r>
    </w:p>
    <w:p>
      <w:pPr>
        <w:keepNext w:val="0"/>
        <w:pageBreakBefore w:val="0"/>
        <w:spacing w:line="240" w:lineRule="auto" w:before="100" w:after="100"/>
        <w:jc w:val="left"/>
      </w:pPr>
      <w:r>
        <w:rPr>
          <w:rFonts w:ascii="Arial" w:hAnsi="Arial" w:eastAsia="Arial"/>
          <w:b w:val="0"/>
          <w:i w:val="0"/>
          <w:color w:val="FF0000"/>
          <w:sz w:val="24"/>
        </w:rPr>
        <w:t>Работаем в разном ценовом сегменте, с жилыми и общественными помещениями. Работаем по Москве, Московской области, а также в других городах и странах.</w:t>
      </w:r>
    </w:p>
    <w:p>
      <w:pPr>
        <w:keepNext w:val="0"/>
        <w:pageBreakBefore w:val="0"/>
        <w:spacing w:line="240" w:lineRule="auto" w:before="100" w:after="100"/>
        <w:jc w:val="left"/>
      </w:pPr>
      <w:r>
        <w:rPr>
          <w:rFonts w:ascii="Arial" w:hAnsi="Arial" w:eastAsia="Arial"/>
          <w:b w:val="0"/>
          <w:i w:val="0"/>
          <w:color w:val="FF0000"/>
          <w:sz w:val="24"/>
        </w:rPr>
        <w:t>— Более 20 лет создаю жилые и общественные интерьеры.</w:t>
      </w:r>
    </w:p>
    <w:p>
      <w:pPr>
        <w:keepNext w:val="0"/>
        <w:pageBreakBefore w:val="0"/>
        <w:spacing w:line="240" w:lineRule="auto" w:before="100" w:after="100"/>
        <w:jc w:val="left"/>
      </w:pPr>
      <w:r>
        <w:rPr>
          <w:rFonts w:ascii="Arial" w:hAnsi="Arial" w:eastAsia="Arial"/>
          <w:b w:val="0"/>
          <w:i w:val="0"/>
          <w:color w:val="FF0000"/>
          <w:sz w:val="24"/>
        </w:rPr>
        <w:t>— Член Союза дизайнеров и архитекторов.</w:t>
      </w:r>
    </w:p>
    <w:p>
      <w:pPr>
        <w:keepNext w:val="0"/>
        <w:pageBreakBefore w:val="0"/>
        <w:spacing w:line="240" w:lineRule="auto" w:before="100" w:after="100"/>
        <w:jc w:val="left"/>
      </w:pPr>
      <w:r>
        <w:rPr>
          <w:rFonts w:ascii="Arial" w:hAnsi="Arial" w:eastAsia="Arial"/>
          <w:b w:val="0"/>
          <w:i w:val="0"/>
          <w:color w:val="FF0000"/>
          <w:sz w:val="24"/>
        </w:rPr>
        <w:t>— Преподаватель и наставник в нескольких школах по дизайну интерьера.</w:t>
      </w:r>
    </w:p>
    <w:p>
      <w:pPr>
        <w:keepNext w:val="0"/>
        <w:pageBreakBefore w:val="0"/>
        <w:spacing w:line="240" w:lineRule="auto" w:before="100" w:after="100"/>
        <w:jc w:val="left"/>
      </w:pPr>
      <w:r>
        <w:rPr>
          <w:rFonts w:ascii="Arial" w:hAnsi="Arial" w:eastAsia="Arial"/>
          <w:b w:val="0"/>
          <w:i w:val="0"/>
          <w:color w:val="FF0000"/>
          <w:sz w:val="24"/>
        </w:rPr>
        <w:t>— Спикер образовательных программ для дизайнеров, участник конференций для дизайнеров.</w:t>
      </w:r>
    </w:p>
    <w:p>
      <w:pPr>
        <w:keepNext w:val="0"/>
        <w:pageBreakBefore w:val="0"/>
        <w:spacing w:line="240" w:lineRule="auto" w:before="100" w:after="100"/>
        <w:jc w:val="left"/>
      </w:pPr>
      <w:r>
        <w:rPr>
          <w:rFonts w:ascii="Arial" w:hAnsi="Arial" w:eastAsia="Arial"/>
          <w:b w:val="0"/>
          <w:i w:val="0"/>
          <w:color w:val="FF0000"/>
          <w:sz w:val="24"/>
        </w:rPr>
        <w:t>— Эксперт на радио и телевидении, в том числе на Первом канале в программе «Доброе утро», а также ведущая на радио SMOOTH.LIFE.STYLE.</w:t>
      </w:r>
    </w:p>
    <w:p>
      <w:pPr>
        <w:keepNext w:val="0"/>
        <w:pageBreakBefore w:val="0"/>
        <w:spacing w:line="240" w:lineRule="auto" w:before="320" w:after="100"/>
        <w:jc w:val="left"/>
      </w:pPr>
      <w:r>
        <w:rPr>
          <w:rFonts w:ascii="Arial" w:hAnsi="Arial" w:eastAsia="Arial"/>
          <w:b/>
          <w:i w:val="0"/>
          <w:color w:val="000000"/>
          <w:sz w:val="26"/>
        </w:rPr>
        <w:t>БЛОК 1. ПОЧЕМУ НАМ ХОЧЕТСЯ ЖИТЬ КАК В ХОРОШЕМ ОТЕЛЕ</w:t>
      </w:r>
    </w:p>
    <w:p>
      <w:pPr>
        <w:keepNext w:val="0"/>
        <w:pageBreakBefore w:val="0"/>
        <w:spacing w:line="240" w:lineRule="auto" w:before="100" w:after="100"/>
        <w:jc w:val="left"/>
      </w:pPr>
      <w:r>
        <w:rPr>
          <w:rFonts w:ascii="Arial" w:hAnsi="Arial" w:eastAsia="Arial"/>
          <w:b w:val="0"/>
          <w:i w:val="0"/>
          <w:color w:val="000000"/>
          <w:sz w:val="24"/>
        </w:rPr>
        <w:t>Сегодня у нас тема, которая на первый взгляд кажется разговором о красивых гостиницах. Но на самом деле это разговор о доме, привычках и о том, как мы сегодня понимаем комфорт.</w:t>
      </w:r>
    </w:p>
    <w:p>
      <w:pPr>
        <w:keepNext w:val="0"/>
        <w:pageBreakBefore w:val="0"/>
        <w:spacing w:line="240" w:lineRule="auto" w:before="100" w:after="100"/>
        <w:jc w:val="left"/>
      </w:pPr>
      <w:r>
        <w:rPr>
          <w:rFonts w:ascii="Arial" w:hAnsi="Arial" w:eastAsia="Arial"/>
          <w:b w:val="0"/>
          <w:i w:val="0"/>
          <w:color w:val="000000"/>
          <w:sz w:val="24"/>
        </w:rPr>
        <w:t>Наверное, многим знакомо это ощущение: приезжаешь в хороший отель, заходишь в номер — и буквально через несколько минут становится спокойно. Вещей немного, кровать аккуратно застелена, свет мягкий, всё выглядит собранно. И возникает мысль: почему дома не всегда так?</w:t>
      </w:r>
    </w:p>
    <w:p>
      <w:pPr>
        <w:keepNext w:val="0"/>
        <w:pageBreakBefore w:val="0"/>
        <w:spacing w:line="240" w:lineRule="auto" w:before="100" w:after="100"/>
        <w:jc w:val="left"/>
      </w:pPr>
      <w:r>
        <w:rPr>
          <w:rFonts w:ascii="Arial" w:hAnsi="Arial" w:eastAsia="Arial"/>
          <w:b w:val="0"/>
          <w:i w:val="0"/>
          <w:color w:val="000000"/>
          <w:sz w:val="24"/>
        </w:rPr>
        <w:t>Причём нам необязательно хочется повторить конкретный интерьер. Мы можем не любить его цвет, мебель или стиль. Но нам нравится само состояние: здесь обо мне подумали.</w:t>
      </w:r>
    </w:p>
    <w:p>
      <w:pPr>
        <w:keepNext w:val="0"/>
        <w:pageBreakBefore w:val="0"/>
        <w:spacing w:line="240" w:lineRule="auto" w:before="100" w:after="100"/>
        <w:jc w:val="left"/>
      </w:pPr>
      <w:r>
        <w:rPr>
          <w:rFonts w:ascii="Arial" w:hAnsi="Arial" w:eastAsia="Arial"/>
          <w:b w:val="0"/>
          <w:i w:val="0"/>
          <w:color w:val="000000"/>
          <w:sz w:val="24"/>
        </w:rPr>
        <w:t>В отеле человек особенно остро замечает пространство. Дома мы постепенно привыкаем к неудобствам. Можем годами обходить угол тумбы, искать выключатель, пользоваться одной розеткой через удлинитель или складывать вещи на стул, потому что для них не предусмотрено другого места.</w:t>
      </w:r>
    </w:p>
    <w:p>
      <w:pPr>
        <w:keepNext w:val="0"/>
        <w:pageBreakBefore w:val="0"/>
        <w:spacing w:line="240" w:lineRule="auto" w:before="100" w:after="100"/>
        <w:jc w:val="left"/>
      </w:pPr>
      <w:r>
        <w:rPr>
          <w:rFonts w:ascii="Arial" w:hAnsi="Arial" w:eastAsia="Arial"/>
          <w:b w:val="0"/>
          <w:i w:val="0"/>
          <w:color w:val="000000"/>
          <w:sz w:val="24"/>
        </w:rPr>
        <w:t>В гостинице всё незнакомое, поэтому любой удачный или неудачный сценарий проявляется сразу. Мы входим и начинаем проверять номер буквально своим телом: удобно ли поставить чемодан, понятно ли, где включается свет, можно ли зарядить телефон возле кровати, хватает ли места в ванной.</w:t>
      </w:r>
    </w:p>
    <w:p>
      <w:pPr>
        <w:keepNext w:val="0"/>
        <w:pageBreakBefore w:val="0"/>
        <w:spacing w:line="240" w:lineRule="auto" w:before="100" w:after="100"/>
        <w:jc w:val="left"/>
      </w:pPr>
      <w:r>
        <w:rPr>
          <w:rFonts w:ascii="Arial" w:hAnsi="Arial" w:eastAsia="Arial"/>
          <w:b w:val="0"/>
          <w:i w:val="0"/>
          <w:color w:val="000000"/>
          <w:sz w:val="24"/>
        </w:rPr>
        <w:t>Хороший гостиничный интерьер создаётся вокруг короткого, но очень насыщенного сценария. Человек должен быстро освоиться в незнакомом пространстве. У дизайнера нет возможности объяснить каждому гостю, как устроен номер. Значит, интерьер должен объяснять себя сам.</w:t>
      </w:r>
    </w:p>
    <w:p>
      <w:pPr>
        <w:keepNext w:val="0"/>
        <w:pageBreakBefore w:val="0"/>
        <w:spacing w:line="240" w:lineRule="auto" w:before="100" w:after="100"/>
        <w:jc w:val="left"/>
      </w:pPr>
      <w:r>
        <w:rPr>
          <w:rFonts w:ascii="Arial" w:hAnsi="Arial" w:eastAsia="Arial"/>
          <w:b w:val="0"/>
          <w:i w:val="0"/>
          <w:color w:val="000000"/>
          <w:sz w:val="24"/>
        </w:rPr>
        <w:t>Отсюда — ясная композиция, понятные маршруты, заметные функции и минимум случайных предметов. Каждая вещь должна либо работать, либо поддерживать атмосферу.</w:t>
      </w:r>
    </w:p>
    <w:p>
      <w:pPr>
        <w:keepNext w:val="0"/>
        <w:pageBreakBefore w:val="0"/>
        <w:spacing w:line="240" w:lineRule="auto" w:before="100" w:after="100"/>
        <w:jc w:val="left"/>
      </w:pPr>
      <w:r>
        <w:rPr>
          <w:rFonts w:ascii="Arial" w:hAnsi="Arial" w:eastAsia="Arial"/>
          <w:b w:val="0"/>
          <w:i w:val="0"/>
          <w:color w:val="000000"/>
          <w:sz w:val="24"/>
        </w:rPr>
        <w:t>Но здесь важно не идеализировать гостиницы. Само слово «отель» ещё не означает, что всё в номере продумано безупречно.</w:t>
      </w:r>
    </w:p>
    <w:p>
      <w:pPr>
        <w:keepNext w:val="0"/>
        <w:pageBreakBefore w:val="0"/>
        <w:spacing w:line="240" w:lineRule="auto" w:before="100" w:after="100"/>
        <w:jc w:val="left"/>
      </w:pPr>
      <w:r>
        <w:rPr>
          <w:rFonts w:ascii="Arial" w:hAnsi="Arial" w:eastAsia="Arial"/>
          <w:b w:val="0"/>
          <w:i w:val="0"/>
          <w:color w:val="000000"/>
          <w:sz w:val="24"/>
        </w:rPr>
        <w:t>Даже в дорогом отеле можно обнаружить, что света недостаточно, выключатель находится не там, где нужен, возле кровати нет розетки, а красивое кресло стоит так, что им невозможно нормально пользоваться.</w:t>
      </w:r>
    </w:p>
    <w:p>
      <w:pPr>
        <w:keepNext w:val="0"/>
        <w:pageBreakBefore w:val="0"/>
        <w:spacing w:line="240" w:lineRule="auto" w:before="100" w:after="100"/>
        <w:jc w:val="left"/>
      </w:pPr>
      <w:r>
        <w:rPr>
          <w:rFonts w:ascii="Arial" w:hAnsi="Arial" w:eastAsia="Arial"/>
          <w:b w:val="0"/>
          <w:i w:val="0"/>
          <w:color w:val="000000"/>
          <w:sz w:val="24"/>
        </w:rPr>
        <w:t>Иногда видно, что на каком-то этапе сэкономили. Иногда дизайнерское решение испортила эксплуатация. Иногда номер просто хорошо выглядит на фотографии, но неудобен в реальной жизни.</w:t>
      </w:r>
    </w:p>
    <w:p>
      <w:pPr>
        <w:keepNext w:val="0"/>
        <w:pageBreakBefore w:val="0"/>
        <w:spacing w:line="240" w:lineRule="auto" w:before="100" w:after="100"/>
        <w:jc w:val="left"/>
      </w:pPr>
      <w:r>
        <w:rPr>
          <w:rFonts w:ascii="Arial" w:hAnsi="Arial" w:eastAsia="Arial"/>
          <w:b w:val="0"/>
          <w:i w:val="0"/>
          <w:color w:val="000000"/>
          <w:sz w:val="24"/>
        </w:rPr>
        <w:t>Поэтому профессиональный дизайнер в гостинице не только отдыхает. Он всё время невольно анализирует пространство: вот это сделано хорошо, эту идею можно запомнить, а здесь явно не додумали.</w:t>
      </w:r>
    </w:p>
    <w:p>
      <w:pPr>
        <w:keepNext w:val="0"/>
        <w:pageBreakBefore w:val="0"/>
        <w:spacing w:line="240" w:lineRule="auto" w:before="100" w:after="100"/>
        <w:jc w:val="left"/>
      </w:pPr>
      <w:r>
        <w:rPr>
          <w:rFonts w:ascii="Arial" w:hAnsi="Arial" w:eastAsia="Arial"/>
          <w:b w:val="0"/>
          <w:i w:val="0"/>
          <w:color w:val="000000"/>
          <w:sz w:val="24"/>
        </w:rPr>
        <w:t>И это, мне кажется, самый полезный способ смотреть на гостиничный интерьер. Не считать его готовым эталоном, а разбирать на отдельные решения.</w:t>
      </w:r>
    </w:p>
    <w:p>
      <w:pPr>
        <w:keepNext w:val="0"/>
        <w:pageBreakBefore w:val="0"/>
        <w:spacing w:line="240" w:lineRule="auto" w:before="100" w:after="100"/>
        <w:jc w:val="left"/>
      </w:pPr>
      <w:r>
        <w:rPr>
          <w:rFonts w:ascii="Arial" w:hAnsi="Arial" w:eastAsia="Arial"/>
          <w:b w:val="0"/>
          <w:i w:val="0"/>
          <w:color w:val="000000"/>
          <w:sz w:val="24"/>
        </w:rPr>
        <w:t>Почему удобно спать? Почему приятно находиться в ванной? Почему вечером не хочется включать верхний свет? Почему номер кажется спокойным, хотя в нём использованы достаточно насыщенные материалы?</w:t>
      </w:r>
    </w:p>
    <w:p>
      <w:pPr>
        <w:keepNext w:val="0"/>
        <w:pageBreakBefore w:val="0"/>
        <w:spacing w:line="240" w:lineRule="auto" w:before="100" w:after="100"/>
        <w:jc w:val="left"/>
      </w:pPr>
      <w:r>
        <w:rPr>
          <w:rFonts w:ascii="Arial" w:hAnsi="Arial" w:eastAsia="Arial"/>
          <w:b w:val="0"/>
          <w:i w:val="0"/>
          <w:color w:val="000000"/>
          <w:sz w:val="24"/>
        </w:rPr>
        <w:t>Сегодня мы как раз попробуем отделить действительно работающие гостиничные приёмы от красивых декораций и понять, что можно забрать домой.</w:t>
      </w:r>
    </w:p>
    <w:p>
      <w:pPr>
        <w:keepNext w:val="0"/>
        <w:pageBreakBefore w:val="0"/>
        <w:spacing w:line="240" w:lineRule="auto" w:before="100" w:after="100"/>
        <w:jc w:val="left"/>
      </w:pPr>
      <w:r>
        <w:rPr>
          <w:rFonts w:ascii="Arial" w:hAnsi="Arial" w:eastAsia="Arial"/>
          <w:b w:val="0"/>
          <w:i w:val="0"/>
          <w:color w:val="000000"/>
          <w:sz w:val="24"/>
        </w:rPr>
        <w:t>А главное — как сделать это так, чтобы квартира не стала похожа на номер, который каждый день ждёт нового постояльца.</w:t>
      </w:r>
    </w:p>
    <w:p>
      <w:pPr>
        <w:keepNext w:val="0"/>
        <w:pageBreakBefore w:val="0"/>
        <w:spacing w:line="240" w:lineRule="auto" w:before="320" w:after="100"/>
        <w:jc w:val="left"/>
      </w:pPr>
      <w:r>
        <w:rPr>
          <w:rFonts w:ascii="Arial" w:hAnsi="Arial" w:eastAsia="Arial"/>
          <w:b/>
          <w:i w:val="0"/>
          <w:color w:val="7030A0"/>
          <w:sz w:val="24"/>
        </w:rPr>
        <w:t>МУЗЫКАЛЬНАЯ ПАУЗА № 1</w:t>
      </w:r>
    </w:p>
    <w:p>
      <w:pPr>
        <w:keepNext w:val="0"/>
        <w:pageBreakBefore w:val="0"/>
        <w:spacing w:line="240" w:lineRule="auto" w:before="100" w:after="100"/>
        <w:jc w:val="left"/>
      </w:pPr>
      <w:r>
        <w:rPr>
          <w:rFonts w:ascii="Arial" w:hAnsi="Arial" w:eastAsia="Arial"/>
          <w:b w:val="0"/>
          <w:i w:val="0"/>
          <w:color w:val="7030A0"/>
          <w:sz w:val="24"/>
        </w:rPr>
        <w:t>Игорь Скляр — «Комарово»</w:t>
      </w:r>
    </w:p>
    <w:p>
      <w:pPr>
        <w:keepNext w:val="0"/>
        <w:pageBreakBefore w:val="0"/>
        <w:spacing w:line="240" w:lineRule="auto" w:before="100" w:after="100"/>
        <w:jc w:val="left"/>
      </w:pPr>
      <w:r>
        <w:rPr>
          <w:rFonts w:ascii="Arial" w:hAnsi="Arial" w:eastAsia="Arial"/>
          <w:b w:val="0"/>
          <w:i w:val="0"/>
          <w:color w:val="7030A0"/>
          <w:sz w:val="24"/>
        </w:rPr>
        <w:t>Начнём музыкальную часть с песни, которая сразу создаёт настроение поездки, отдыха и временной смены привычного пространства.</w:t>
      </w:r>
    </w:p>
    <w:p>
      <w:pPr>
        <w:keepNext w:val="0"/>
        <w:pageBreakBefore w:val="0"/>
        <w:spacing w:line="240" w:lineRule="auto" w:before="100" w:after="100"/>
        <w:jc w:val="left"/>
      </w:pPr>
      <w:r>
        <w:rPr>
          <w:rFonts w:ascii="Arial" w:hAnsi="Arial" w:eastAsia="Arial"/>
          <w:b/>
          <w:i w:val="0"/>
          <w:color w:val="0070C0"/>
          <w:sz w:val="24"/>
        </w:rPr>
        <w:t>ВОПРОСЫ СЛУШАТЕЛЕЙ</w:t>
      </w:r>
    </w:p>
    <w:p>
      <w:pPr>
        <w:keepNext w:val="0"/>
        <w:pageBreakBefore w:val="0"/>
        <w:spacing w:line="240" w:lineRule="auto" w:before="100" w:after="100"/>
        <w:jc w:val="left"/>
      </w:pPr>
      <w:r>
        <w:rPr>
          <w:rFonts w:ascii="Arial" w:hAnsi="Arial" w:eastAsia="Arial"/>
          <w:b w:val="0"/>
          <w:i w:val="0"/>
          <w:color w:val="0070C0"/>
          <w:sz w:val="24"/>
        </w:rPr>
        <w:t>1. Почему даже небольшой гостиничный номер иногда кажется просторнее собственной спальни?</w:t>
      </w:r>
    </w:p>
    <w:p>
      <w:pPr>
        <w:keepNext w:val="0"/>
        <w:pageBreakBefore w:val="0"/>
        <w:spacing w:line="240" w:lineRule="auto" w:before="100" w:after="100"/>
        <w:jc w:val="left"/>
      </w:pPr>
      <w:r>
        <w:rPr>
          <w:rFonts w:ascii="Arial" w:hAnsi="Arial" w:eastAsia="Arial"/>
          <w:b w:val="0"/>
          <w:i w:val="0"/>
          <w:color w:val="0070C0"/>
          <w:sz w:val="24"/>
        </w:rPr>
        <w:t>2. Можно ли создать дома ощущение отеля без дорогой мебели и большого ремонта?</w:t>
      </w:r>
    </w:p>
    <w:p>
      <w:pPr>
        <w:keepNext w:val="0"/>
        <w:pageBreakBefore w:val="0"/>
        <w:spacing w:line="240" w:lineRule="auto" w:before="100" w:after="100"/>
        <w:jc w:val="left"/>
      </w:pPr>
      <w:r>
        <w:rPr>
          <w:rFonts w:ascii="Arial" w:hAnsi="Arial" w:eastAsia="Arial"/>
          <w:b w:val="0"/>
          <w:i w:val="0"/>
          <w:color w:val="0070C0"/>
          <w:sz w:val="24"/>
        </w:rPr>
        <w:t>3. Что важнее для гостиничного комфорта: красивый интерьер или удобная планировка?</w:t>
      </w:r>
    </w:p>
    <w:p>
      <w:pPr>
        <w:keepNext w:val="0"/>
        <w:pageBreakBefore w:val="0"/>
        <w:spacing w:line="240" w:lineRule="auto" w:before="100" w:after="100"/>
        <w:jc w:val="left"/>
      </w:pPr>
      <w:r>
        <w:rPr>
          <w:rFonts w:ascii="Arial" w:hAnsi="Arial" w:eastAsia="Arial"/>
          <w:b w:val="0"/>
          <w:i w:val="0"/>
          <w:color w:val="0070C0"/>
          <w:sz w:val="24"/>
        </w:rPr>
        <w:t>4. Почему после поездки хочется разобрать вещи и убрать из дома всё лишнее?</w:t>
      </w:r>
    </w:p>
    <w:p>
      <w:pPr>
        <w:keepNext w:val="0"/>
        <w:pageBreakBefore w:val="0"/>
        <w:spacing w:line="240" w:lineRule="auto" w:before="100" w:after="100"/>
        <w:jc w:val="left"/>
      </w:pPr>
      <w:r>
        <w:rPr>
          <w:rFonts w:ascii="Arial" w:hAnsi="Arial" w:eastAsia="Arial"/>
          <w:b w:val="0"/>
          <w:i w:val="0"/>
          <w:color w:val="0070C0"/>
          <w:sz w:val="24"/>
        </w:rPr>
        <w:t>5. Как понять, какое именно решение понравилось в отеле, если запомнилось только общее ощущение?</w:t>
      </w:r>
    </w:p>
    <w:p>
      <w:pPr>
        <w:keepNext w:val="0"/>
        <w:pageBreakBefore w:val="0"/>
        <w:spacing w:line="240" w:lineRule="auto" w:before="100" w:after="100"/>
        <w:jc w:val="left"/>
      </w:pPr>
      <w:r>
        <w:rPr>
          <w:rFonts w:ascii="Arial" w:hAnsi="Arial" w:eastAsia="Arial"/>
          <w:b w:val="0"/>
          <w:i w:val="0"/>
          <w:color w:val="0070C0"/>
          <w:sz w:val="24"/>
        </w:rPr>
        <w:t>6. Вопрос от начинающего дизайнера: с чего лучше начинать профессиональный разбор гостиничного номера?</w:t>
      </w:r>
    </w:p>
    <w:p>
      <w:pPr>
        <w:keepNext/>
        <w:pageBreakBefore w:val="0"/>
        <w:spacing w:line="240" w:lineRule="auto" w:before="320" w:after="100"/>
        <w:jc w:val="left"/>
      </w:pPr>
      <w:r>
        <w:rPr>
          <w:rFonts w:ascii="Arial" w:hAnsi="Arial" w:eastAsia="Arial"/>
          <w:b w:val="0"/>
          <w:i w:val="0"/>
          <w:color w:val="FF0000"/>
          <w:sz w:val="24"/>
        </w:rPr>
        <w:t>Друзья, вы слушаете радио SMOOTH.LIFE.STYLE, и в эфире передача «Вокруг дизайна», и я её ведущая Полина Чапланова, дизайнер интерьера.</w:t>
      </w:r>
    </w:p>
    <w:p>
      <w:pPr>
        <w:keepNext w:val="0"/>
        <w:pageBreakBefore w:val="0"/>
        <w:spacing w:line="240" w:lineRule="auto" w:before="100" w:after="100"/>
        <w:jc w:val="left"/>
      </w:pPr>
      <w:r>
        <w:rPr>
          <w:rFonts w:ascii="Arial" w:hAnsi="Arial" w:eastAsia="Arial"/>
          <w:b w:val="0"/>
          <w:i w:val="0"/>
          <w:color w:val="FF0000"/>
          <w:sz w:val="24"/>
        </w:rPr>
        <w:t>И наша тема «Жить как в отеле: почему гостиничный дизайн приходит в наши дома».</w:t>
      </w:r>
    </w:p>
    <w:p>
      <w:pPr>
        <w:keepNext w:val="0"/>
        <w:pageBreakBefore w:val="0"/>
        <w:spacing w:line="240" w:lineRule="auto" w:before="100" w:after="100"/>
        <w:jc w:val="left"/>
      </w:pPr>
      <w:r>
        <w:rPr>
          <w:rFonts w:ascii="Arial" w:hAnsi="Arial" w:eastAsia="Arial"/>
          <w:b/>
          <w:i w:val="0"/>
          <w:color w:val="000000"/>
          <w:sz w:val="26"/>
        </w:rPr>
        <w:t>БЛОК 2. НЕЗАМЕТНЫЙ КОМФОРТ: КАК ИНТЕРЬЕР ПОМОГАЕТ ЧЕЛОВЕКУ</w:t>
      </w:r>
    </w:p>
    <w:p>
      <w:pPr>
        <w:keepNext w:val="0"/>
        <w:pageBreakBefore w:val="0"/>
        <w:spacing w:line="240" w:lineRule="auto" w:before="100" w:after="100"/>
        <w:jc w:val="left"/>
      </w:pPr>
      <w:r>
        <w:rPr>
          <w:rFonts w:ascii="Arial" w:hAnsi="Arial" w:eastAsia="Arial"/>
          <w:b w:val="0"/>
          <w:i w:val="0"/>
          <w:color w:val="000000"/>
          <w:sz w:val="24"/>
        </w:rPr>
        <w:t>В первой части мы выяснили, что нас привлекает не столько гостиничная картинка, сколько ощущение заботы и собранности пространства. Теперь давайте разберёмся, из чего складывается этот комфорт, который мы почти не замечаем.</w:t>
      </w:r>
    </w:p>
    <w:p>
      <w:pPr>
        <w:keepNext w:val="0"/>
        <w:pageBreakBefore w:val="0"/>
        <w:spacing w:line="240" w:lineRule="auto" w:before="100" w:after="100"/>
        <w:jc w:val="left"/>
      </w:pPr>
      <w:r>
        <w:rPr>
          <w:rFonts w:ascii="Arial" w:hAnsi="Arial" w:eastAsia="Arial"/>
          <w:b w:val="0"/>
          <w:i w:val="0"/>
          <w:color w:val="000000"/>
          <w:sz w:val="24"/>
        </w:rPr>
        <w:t>Хороший интерьер не требует лишних действий. Он как будто заранее знает, что человек будет делать дальше.</w:t>
      </w:r>
    </w:p>
    <w:p>
      <w:pPr>
        <w:keepNext w:val="0"/>
        <w:pageBreakBefore w:val="0"/>
        <w:spacing w:line="240" w:lineRule="auto" w:before="100" w:after="100"/>
        <w:jc w:val="left"/>
      </w:pPr>
      <w:r>
        <w:rPr>
          <w:rFonts w:ascii="Arial" w:hAnsi="Arial" w:eastAsia="Arial"/>
          <w:b w:val="0"/>
          <w:i w:val="0"/>
          <w:color w:val="000000"/>
          <w:sz w:val="24"/>
        </w:rPr>
        <w:t>Мы открываем дверь номера. Рядом оказывается поверхность, куда можно положить ключ или телефон. Есть место для чемодана. Зеркало расположено там, где в него удобно посмотреть перед выходом. Свет включается возле входа, а не в дальнем углу.</w:t>
      </w:r>
    </w:p>
    <w:p>
      <w:pPr>
        <w:keepNext w:val="0"/>
        <w:pageBreakBefore w:val="0"/>
        <w:spacing w:line="240" w:lineRule="auto" w:before="100" w:after="100"/>
        <w:jc w:val="left"/>
      </w:pPr>
      <w:r>
        <w:rPr>
          <w:rFonts w:ascii="Arial" w:hAnsi="Arial" w:eastAsia="Arial"/>
          <w:b w:val="0"/>
          <w:i w:val="0"/>
          <w:color w:val="000000"/>
          <w:sz w:val="24"/>
        </w:rPr>
        <w:t>Каждое такое решение кажется мелочью. Но именно из мелочей и складывается ощущение: мне здесь удобно.</w:t>
      </w:r>
    </w:p>
    <w:p>
      <w:pPr>
        <w:keepNext w:val="0"/>
        <w:pageBreakBefore w:val="0"/>
        <w:spacing w:line="240" w:lineRule="auto" w:before="100" w:after="100"/>
        <w:jc w:val="left"/>
      </w:pPr>
      <w:r>
        <w:rPr>
          <w:rFonts w:ascii="Arial" w:hAnsi="Arial" w:eastAsia="Arial"/>
          <w:b w:val="0"/>
          <w:i w:val="0"/>
          <w:color w:val="000000"/>
          <w:sz w:val="24"/>
        </w:rPr>
        <w:t>Первое — это последовательность действий. Дизайнер должен буквально пройти весь путь человека: вошёл, снял верхнюю одежду, поставил сумку, вымыл руки, переоделся, лёг, захотел почитать, выключил свет.</w:t>
      </w:r>
    </w:p>
    <w:p>
      <w:pPr>
        <w:keepNext w:val="0"/>
        <w:pageBreakBefore w:val="0"/>
        <w:spacing w:line="240" w:lineRule="auto" w:before="100" w:after="100"/>
        <w:jc w:val="left"/>
      </w:pPr>
      <w:r>
        <w:rPr>
          <w:rFonts w:ascii="Arial" w:hAnsi="Arial" w:eastAsia="Arial"/>
          <w:b w:val="0"/>
          <w:i w:val="0"/>
          <w:color w:val="000000"/>
          <w:sz w:val="24"/>
        </w:rPr>
        <w:t>Если на каждом этапе не возникает лишних движений, пространство воспринимается спокойным.</w:t>
      </w:r>
    </w:p>
    <w:p>
      <w:pPr>
        <w:keepNext w:val="0"/>
        <w:pageBreakBefore w:val="0"/>
        <w:spacing w:line="240" w:lineRule="auto" w:before="100" w:after="100"/>
        <w:jc w:val="left"/>
      </w:pPr>
      <w:r>
        <w:rPr>
          <w:rFonts w:ascii="Arial" w:hAnsi="Arial" w:eastAsia="Arial"/>
          <w:b w:val="0"/>
          <w:i w:val="0"/>
          <w:color w:val="000000"/>
          <w:sz w:val="24"/>
        </w:rPr>
        <w:t>Второе — свет. В хорошем номере редко бывает только одна люстра. Есть общий свет, прикроватные бра, подсветка, настольный свет, иногда отдельный свет у зеркала и ночной сценарий.</w:t>
      </w:r>
    </w:p>
    <w:p>
      <w:pPr>
        <w:keepNext w:val="0"/>
        <w:pageBreakBefore w:val="0"/>
        <w:spacing w:line="240" w:lineRule="auto" w:before="100" w:after="100"/>
        <w:jc w:val="left"/>
      </w:pPr>
      <w:r>
        <w:rPr>
          <w:rFonts w:ascii="Arial" w:hAnsi="Arial" w:eastAsia="Arial"/>
          <w:b w:val="0"/>
          <w:i w:val="0"/>
          <w:color w:val="000000"/>
          <w:sz w:val="24"/>
        </w:rPr>
        <w:t>Но количество светильников ещё ничего не гарантирует. Бывает, что их много, а читать всё равно невозможно. Бывает, что зеркало красиво подсвечено сверху, но лицо оказывается в тени. Бывает, что все источники включаются разными клавишами в совершенно неожиданных местах.</w:t>
      </w:r>
    </w:p>
    <w:p>
      <w:pPr>
        <w:keepNext w:val="0"/>
        <w:pageBreakBefore w:val="0"/>
        <w:spacing w:line="240" w:lineRule="auto" w:before="100" w:after="100"/>
        <w:jc w:val="left"/>
      </w:pPr>
      <w:r>
        <w:rPr>
          <w:rFonts w:ascii="Arial" w:hAnsi="Arial" w:eastAsia="Arial"/>
          <w:b w:val="0"/>
          <w:i w:val="0"/>
          <w:color w:val="000000"/>
          <w:sz w:val="24"/>
        </w:rPr>
        <w:t>Поэтому хороший свет — это не декоративная россыпь светильников, а понятный сценарий.</w:t>
      </w:r>
    </w:p>
    <w:p>
      <w:pPr>
        <w:keepNext w:val="0"/>
        <w:pageBreakBefore w:val="0"/>
        <w:spacing w:line="240" w:lineRule="auto" w:before="100" w:after="100"/>
        <w:jc w:val="left"/>
      </w:pPr>
      <w:r>
        <w:rPr>
          <w:rFonts w:ascii="Arial" w:hAnsi="Arial" w:eastAsia="Arial"/>
          <w:b w:val="0"/>
          <w:i w:val="0"/>
          <w:color w:val="000000"/>
          <w:sz w:val="24"/>
        </w:rPr>
        <w:t>Третье — розетки и зарядки. Сегодня человеку нужно заряжать телефон, часы, ноутбук, иногда несколько устройств одновременно. И удивительно, как часто даже в современных гостиницах розетка оказывается за тяжёлой тумбой или только с одной стороны кровати.</w:t>
      </w:r>
    </w:p>
    <w:p>
      <w:pPr>
        <w:keepNext w:val="0"/>
        <w:pageBreakBefore w:val="0"/>
        <w:spacing w:line="240" w:lineRule="auto" w:before="100" w:after="100"/>
        <w:jc w:val="left"/>
      </w:pPr>
      <w:r>
        <w:rPr>
          <w:rFonts w:ascii="Arial" w:hAnsi="Arial" w:eastAsia="Arial"/>
          <w:b w:val="0"/>
          <w:i w:val="0"/>
          <w:color w:val="000000"/>
          <w:sz w:val="24"/>
        </w:rPr>
        <w:t>Для дома это особенно важный урок. Электрика должна проектироваться одновременно с мебелью, а не раньше неё и не отдельно от неё.</w:t>
      </w:r>
    </w:p>
    <w:p>
      <w:pPr>
        <w:keepNext w:val="0"/>
        <w:pageBreakBefore w:val="0"/>
        <w:spacing w:line="240" w:lineRule="auto" w:before="100" w:after="100"/>
        <w:jc w:val="left"/>
      </w:pPr>
      <w:r>
        <w:rPr>
          <w:rFonts w:ascii="Arial" w:hAnsi="Arial" w:eastAsia="Arial"/>
          <w:b w:val="0"/>
          <w:i w:val="0"/>
          <w:color w:val="000000"/>
          <w:sz w:val="24"/>
        </w:rPr>
        <w:t>Четвёртое — акустика. Мы редко думаем о ней, пока не начинаем слышать лифт, коридор, соседний номер или шум инженерного оборудования.</w:t>
      </w:r>
    </w:p>
    <w:p>
      <w:pPr>
        <w:keepNext w:val="0"/>
        <w:pageBreakBefore w:val="0"/>
        <w:spacing w:line="240" w:lineRule="auto" w:before="100" w:after="100"/>
        <w:jc w:val="left"/>
      </w:pPr>
      <w:r>
        <w:rPr>
          <w:rFonts w:ascii="Arial" w:hAnsi="Arial" w:eastAsia="Arial"/>
          <w:b w:val="0"/>
          <w:i w:val="0"/>
          <w:color w:val="000000"/>
          <w:sz w:val="24"/>
        </w:rPr>
        <w:t>Дома происходит то же самое. Можно сделать очень красивую спальню, но если в ней слышно телевизор из гостиной, стиральную машину или каждый шаг по коридору, полноценного отдыха не будет.</w:t>
      </w:r>
    </w:p>
    <w:p>
      <w:pPr>
        <w:keepNext w:val="0"/>
        <w:pageBreakBefore w:val="0"/>
        <w:spacing w:line="240" w:lineRule="auto" w:before="100" w:after="100"/>
        <w:jc w:val="left"/>
      </w:pPr>
      <w:r>
        <w:rPr>
          <w:rFonts w:ascii="Arial" w:hAnsi="Arial" w:eastAsia="Arial"/>
          <w:b w:val="0"/>
          <w:i w:val="0"/>
          <w:color w:val="000000"/>
          <w:sz w:val="24"/>
        </w:rPr>
        <w:t>Пятое — возможность затемнить помещение. Плотные шторы, отсутствие светящихся индикаторов напротив кровати, мягкий ночной свет — всё это напрямую влияет на качество сна.</w:t>
      </w:r>
    </w:p>
    <w:p>
      <w:pPr>
        <w:keepNext w:val="0"/>
        <w:pageBreakBefore w:val="0"/>
        <w:spacing w:line="240" w:lineRule="auto" w:before="100" w:after="100"/>
        <w:jc w:val="left"/>
      </w:pPr>
      <w:r>
        <w:rPr>
          <w:rFonts w:ascii="Arial" w:hAnsi="Arial" w:eastAsia="Arial"/>
          <w:b w:val="0"/>
          <w:i w:val="0"/>
          <w:color w:val="000000"/>
          <w:sz w:val="24"/>
        </w:rPr>
        <w:t>И ещё один важный элемент — порядок, который поддерживается не усилием воли, а самой организацией пространства.</w:t>
      </w:r>
    </w:p>
    <w:p>
      <w:pPr>
        <w:keepNext w:val="0"/>
        <w:pageBreakBefore w:val="0"/>
        <w:spacing w:line="240" w:lineRule="auto" w:before="100" w:after="100"/>
        <w:jc w:val="left"/>
      </w:pPr>
      <w:r>
        <w:rPr>
          <w:rFonts w:ascii="Arial" w:hAnsi="Arial" w:eastAsia="Arial"/>
          <w:b w:val="0"/>
          <w:i w:val="0"/>
          <w:color w:val="000000"/>
          <w:sz w:val="24"/>
        </w:rPr>
        <w:t>В отеле для каждой функции отведено понятное место. Но не нужно забывать, что этот порядок ежедневно поддерживает персонал. Дома такой службы нет, поэтому система должна быть ещё реалистичнее.</w:t>
      </w:r>
    </w:p>
    <w:p>
      <w:pPr>
        <w:keepNext w:val="0"/>
        <w:pageBreakBefore w:val="0"/>
        <w:spacing w:line="240" w:lineRule="auto" w:before="100" w:after="100"/>
        <w:jc w:val="left"/>
      </w:pPr>
      <w:r>
        <w:rPr>
          <w:rFonts w:ascii="Arial" w:hAnsi="Arial" w:eastAsia="Arial"/>
          <w:b w:val="0"/>
          <w:i w:val="0"/>
          <w:color w:val="000000"/>
          <w:sz w:val="24"/>
        </w:rPr>
        <w:t>Если корзина для белья находится далеко, одежда окажется на стуле. Если возле входа некуда положить ключи, они будут лежать на первой свободной поверхности. Если зарядка неудобна, появится удлинитель.</w:t>
      </w:r>
    </w:p>
    <w:p>
      <w:pPr>
        <w:keepNext w:val="0"/>
        <w:pageBreakBefore w:val="0"/>
        <w:spacing w:line="240" w:lineRule="auto" w:before="100" w:after="100"/>
        <w:jc w:val="left"/>
      </w:pPr>
      <w:r>
        <w:rPr>
          <w:rFonts w:ascii="Arial" w:hAnsi="Arial" w:eastAsia="Arial"/>
          <w:b w:val="0"/>
          <w:i w:val="0"/>
          <w:color w:val="000000"/>
          <w:sz w:val="24"/>
        </w:rPr>
        <w:t>Незаметный комфорт — это не роскошь и не большое количество дорогих вещей. Это отсутствие постоянных маленьких раздражителей.</w:t>
      </w:r>
    </w:p>
    <w:p>
      <w:pPr>
        <w:keepNext w:val="0"/>
        <w:pageBreakBefore w:val="0"/>
        <w:spacing w:line="240" w:lineRule="auto" w:before="100" w:after="100"/>
        <w:jc w:val="left"/>
      </w:pPr>
      <w:r>
        <w:rPr>
          <w:rFonts w:ascii="Arial" w:hAnsi="Arial" w:eastAsia="Arial"/>
          <w:b w:val="0"/>
          <w:i w:val="0"/>
          <w:color w:val="000000"/>
          <w:sz w:val="24"/>
        </w:rPr>
        <w:t>И преимущество жилого интерьера перед гостиничным в том, что дом можно проектировать не для условного среднего гостя, а для конкретного человека — с его ростом, привычками, режимом и представлениями об удобстве.</w:t>
      </w:r>
    </w:p>
    <w:p>
      <w:pPr>
        <w:keepNext w:val="0"/>
        <w:pageBreakBefore w:val="0"/>
        <w:spacing w:line="240" w:lineRule="auto" w:before="320" w:after="100"/>
        <w:jc w:val="left"/>
      </w:pPr>
      <w:r>
        <w:rPr>
          <w:rFonts w:ascii="Arial" w:hAnsi="Arial" w:eastAsia="Arial"/>
          <w:b/>
          <w:i w:val="0"/>
          <w:color w:val="7030A0"/>
          <w:sz w:val="24"/>
        </w:rPr>
        <w:t>МУЗЫКАЛЬНАЯ ПАУЗА № 2</w:t>
      </w:r>
    </w:p>
    <w:p>
      <w:pPr>
        <w:keepNext w:val="0"/>
        <w:pageBreakBefore w:val="0"/>
        <w:spacing w:line="240" w:lineRule="auto" w:before="100" w:after="100"/>
        <w:jc w:val="left"/>
      </w:pPr>
      <w:r>
        <w:rPr>
          <w:rFonts w:ascii="Arial" w:hAnsi="Arial" w:eastAsia="Arial"/>
          <w:b w:val="0"/>
          <w:i w:val="0"/>
          <w:color w:val="7030A0"/>
          <w:sz w:val="24"/>
        </w:rPr>
        <w:t>Юрий Антонов — «Крыша дома твоего»</w:t>
      </w:r>
    </w:p>
    <w:p>
      <w:pPr>
        <w:keepNext w:val="0"/>
        <w:pageBreakBefore w:val="0"/>
        <w:spacing w:line="240" w:lineRule="auto" w:before="100" w:after="100"/>
        <w:jc w:val="left"/>
      </w:pPr>
      <w:r>
        <w:rPr>
          <w:rFonts w:ascii="Arial" w:hAnsi="Arial" w:eastAsia="Arial"/>
          <w:b w:val="0"/>
          <w:i w:val="0"/>
          <w:color w:val="7030A0"/>
          <w:sz w:val="24"/>
        </w:rPr>
        <w:t>Песня о том самом месте, куда хочется возвращаться, если в нём действительно удобно и спокойно.</w:t>
      </w:r>
    </w:p>
    <w:p>
      <w:pPr>
        <w:keepNext w:val="0"/>
        <w:pageBreakBefore w:val="0"/>
        <w:spacing w:line="240" w:lineRule="auto" w:before="100" w:after="100"/>
        <w:jc w:val="left"/>
      </w:pPr>
      <w:r>
        <w:rPr>
          <w:rFonts w:ascii="Arial" w:hAnsi="Arial" w:eastAsia="Arial"/>
          <w:b/>
          <w:i w:val="0"/>
          <w:color w:val="0070C0"/>
          <w:sz w:val="24"/>
        </w:rPr>
        <w:t>ВОПРОСЫ СЛУШАТЕЛЕЙ</w:t>
      </w:r>
    </w:p>
    <w:p>
      <w:pPr>
        <w:keepNext w:val="0"/>
        <w:pageBreakBefore w:val="0"/>
        <w:spacing w:line="240" w:lineRule="auto" w:before="100" w:after="100"/>
        <w:jc w:val="left"/>
      </w:pPr>
      <w:r>
        <w:rPr>
          <w:rFonts w:ascii="Arial" w:hAnsi="Arial" w:eastAsia="Arial"/>
          <w:b w:val="0"/>
          <w:i w:val="0"/>
          <w:color w:val="0070C0"/>
          <w:sz w:val="24"/>
        </w:rPr>
        <w:t>1. Нужно ли устанавливать выключатели у кровати с двух сторон, если сейчас спальней пользуется один человек?</w:t>
      </w:r>
    </w:p>
    <w:p>
      <w:pPr>
        <w:keepNext w:val="0"/>
        <w:pageBreakBefore w:val="0"/>
        <w:spacing w:line="240" w:lineRule="auto" w:before="100" w:after="100"/>
        <w:jc w:val="left"/>
      </w:pPr>
      <w:r>
        <w:rPr>
          <w:rFonts w:ascii="Arial" w:hAnsi="Arial" w:eastAsia="Arial"/>
          <w:b w:val="0"/>
          <w:i w:val="0"/>
          <w:color w:val="0070C0"/>
          <w:sz w:val="24"/>
        </w:rPr>
        <w:t>2. Как проверить расположение розеток до того, как электрика уже сделана?</w:t>
      </w:r>
    </w:p>
    <w:p>
      <w:pPr>
        <w:keepNext w:val="0"/>
        <w:pageBreakBefore w:val="0"/>
        <w:spacing w:line="240" w:lineRule="auto" w:before="100" w:after="100"/>
        <w:jc w:val="left"/>
      </w:pPr>
      <w:r>
        <w:rPr>
          <w:rFonts w:ascii="Arial" w:hAnsi="Arial" w:eastAsia="Arial"/>
          <w:b w:val="0"/>
          <w:i w:val="0"/>
          <w:color w:val="0070C0"/>
          <w:sz w:val="24"/>
        </w:rPr>
        <w:t>3. Можно ли улучшить свет в спальне без переделки потолка?</w:t>
      </w:r>
    </w:p>
    <w:p>
      <w:pPr>
        <w:keepNext w:val="0"/>
        <w:pageBreakBefore w:val="0"/>
        <w:spacing w:line="240" w:lineRule="auto" w:before="100" w:after="100"/>
        <w:jc w:val="left"/>
      </w:pPr>
      <w:r>
        <w:rPr>
          <w:rFonts w:ascii="Arial" w:hAnsi="Arial" w:eastAsia="Arial"/>
          <w:b w:val="0"/>
          <w:i w:val="0"/>
          <w:color w:val="0070C0"/>
          <w:sz w:val="24"/>
        </w:rPr>
        <w:t>4. Что делать, если в квартире слышно всё, что происходит в соседней комнате?</w:t>
      </w:r>
    </w:p>
    <w:p>
      <w:pPr>
        <w:keepNext w:val="0"/>
        <w:pageBreakBefore w:val="0"/>
        <w:spacing w:line="240" w:lineRule="auto" w:before="100" w:after="100"/>
        <w:jc w:val="left"/>
      </w:pPr>
      <w:r>
        <w:rPr>
          <w:rFonts w:ascii="Arial" w:hAnsi="Arial" w:eastAsia="Arial"/>
          <w:b w:val="0"/>
          <w:i w:val="0"/>
          <w:color w:val="0070C0"/>
          <w:sz w:val="24"/>
        </w:rPr>
        <w:t>5. Какие маленькие бытовые раздражители чаще всего выдают непродуманный интерьер?</w:t>
      </w:r>
    </w:p>
    <w:p>
      <w:pPr>
        <w:keepNext w:val="0"/>
        <w:pageBreakBefore w:val="0"/>
        <w:spacing w:line="240" w:lineRule="auto" w:before="100" w:after="100"/>
        <w:jc w:val="left"/>
      </w:pPr>
      <w:r>
        <w:rPr>
          <w:rFonts w:ascii="Arial" w:hAnsi="Arial" w:eastAsia="Arial"/>
          <w:b w:val="0"/>
          <w:i w:val="0"/>
          <w:color w:val="0070C0"/>
          <w:sz w:val="24"/>
        </w:rPr>
        <w:t>6. Вопрос от начинающего дизайнера: как правильно описать ежедневные сценарии заказчика в техническом задании?</w:t>
      </w:r>
    </w:p>
    <w:p>
      <w:pPr>
        <w:keepNext/>
        <w:pageBreakBefore w:val="0"/>
        <w:spacing w:line="240" w:lineRule="auto" w:before="320" w:after="100"/>
        <w:jc w:val="left"/>
      </w:pPr>
      <w:r>
        <w:rPr>
          <w:rFonts w:ascii="Arial" w:hAnsi="Arial" w:eastAsia="Arial"/>
          <w:b w:val="0"/>
          <w:i w:val="0"/>
          <w:color w:val="FF0000"/>
          <w:sz w:val="24"/>
        </w:rPr>
        <w:t>Друзья, вы слушаете радио SMOOTH.LIFE.STYLE, и в эфире передача «Вокруг дизайна» с Полиной Чаплановой, дизайнером интерьера.</w:t>
      </w:r>
    </w:p>
    <w:p>
      <w:pPr>
        <w:keepNext w:val="0"/>
        <w:pageBreakBefore w:val="0"/>
        <w:spacing w:line="240" w:lineRule="auto" w:before="100" w:after="100"/>
        <w:jc w:val="left"/>
      </w:pPr>
      <w:r>
        <w:rPr>
          <w:rFonts w:ascii="Arial" w:hAnsi="Arial" w:eastAsia="Arial"/>
          <w:b w:val="0"/>
          <w:i w:val="0"/>
          <w:color w:val="FF0000"/>
          <w:sz w:val="24"/>
        </w:rPr>
        <w:t>И наша тема сегодня «Жить как в отеле: почему гостиничный дизайн приходит в наши дома».</w:t>
      </w:r>
    </w:p>
    <w:p>
      <w:pPr>
        <w:keepNext w:val="0"/>
        <w:pageBreakBefore w:val="0"/>
        <w:spacing w:line="240" w:lineRule="auto" w:before="100" w:after="100"/>
        <w:jc w:val="left"/>
      </w:pPr>
      <w:r>
        <w:rPr>
          <w:rFonts w:ascii="Arial" w:hAnsi="Arial" w:eastAsia="Arial"/>
          <w:b/>
          <w:i w:val="0"/>
          <w:color w:val="000000"/>
          <w:sz w:val="26"/>
        </w:rPr>
        <w:t>БЛОК 3. ГОСТИНИЧНАЯ СПАЛЬНЯ: ЧТО ДЕЙСТВИТЕЛЬНО СТОИТ ЗАБРАТЬ ДОМОЙ</w:t>
      </w:r>
    </w:p>
    <w:p>
      <w:pPr>
        <w:keepNext w:val="0"/>
        <w:pageBreakBefore w:val="0"/>
        <w:spacing w:line="240" w:lineRule="auto" w:before="100" w:after="100"/>
        <w:jc w:val="left"/>
      </w:pPr>
      <w:r>
        <w:rPr>
          <w:rFonts w:ascii="Arial" w:hAnsi="Arial" w:eastAsia="Arial"/>
          <w:b w:val="0"/>
          <w:i w:val="0"/>
          <w:color w:val="000000"/>
          <w:sz w:val="24"/>
        </w:rPr>
        <w:t>Мы уже поговорили о том, почему нас привлекают гостиничные интерьеры, и разобрали незаметный комфорт: маршруты, свет, розетки, акустику и хранение.</w:t>
      </w:r>
    </w:p>
    <w:p>
      <w:pPr>
        <w:keepNext w:val="0"/>
        <w:pageBreakBefore w:val="0"/>
        <w:spacing w:line="240" w:lineRule="auto" w:before="100" w:after="100"/>
        <w:jc w:val="left"/>
      </w:pPr>
      <w:r>
        <w:rPr>
          <w:rFonts w:ascii="Arial" w:hAnsi="Arial" w:eastAsia="Arial"/>
          <w:b w:val="0"/>
          <w:i w:val="0"/>
          <w:color w:val="000000"/>
          <w:sz w:val="24"/>
        </w:rPr>
        <w:t>А теперь перейдём к комнате, которую чаще всего пытаются сделать похожей на хороший отель, — к спальне.</w:t>
      </w:r>
    </w:p>
    <w:p>
      <w:pPr>
        <w:keepNext w:val="0"/>
        <w:pageBreakBefore w:val="0"/>
        <w:spacing w:line="240" w:lineRule="auto" w:before="100" w:after="100"/>
        <w:jc w:val="left"/>
      </w:pPr>
      <w:r>
        <w:rPr>
          <w:rFonts w:ascii="Arial" w:hAnsi="Arial" w:eastAsia="Arial"/>
          <w:b w:val="0"/>
          <w:i w:val="0"/>
          <w:color w:val="000000"/>
          <w:sz w:val="24"/>
        </w:rPr>
        <w:t>Главный герой гостиничного номера — кровать. Она почти всегда становится композиционным центром. Её видно сразу, когда человек входит, она задаёт симметрию и собирает вокруг себя остальные предметы.</w:t>
      </w:r>
    </w:p>
    <w:p>
      <w:pPr>
        <w:keepNext w:val="0"/>
        <w:pageBreakBefore w:val="0"/>
        <w:spacing w:line="240" w:lineRule="auto" w:before="100" w:after="100"/>
        <w:jc w:val="left"/>
      </w:pPr>
      <w:r>
        <w:rPr>
          <w:rFonts w:ascii="Arial" w:hAnsi="Arial" w:eastAsia="Arial"/>
          <w:b w:val="0"/>
          <w:i w:val="0"/>
          <w:color w:val="000000"/>
          <w:sz w:val="24"/>
        </w:rPr>
        <w:t>Дома этот приём тоже работает. Даже если спальня небольшая, важно, чтобы кровать не выглядела случайно поставленной между шкафом и дверью.</w:t>
      </w:r>
    </w:p>
    <w:p>
      <w:pPr>
        <w:keepNext w:val="0"/>
        <w:pageBreakBefore w:val="0"/>
        <w:spacing w:line="240" w:lineRule="auto" w:before="100" w:after="100"/>
        <w:jc w:val="left"/>
      </w:pPr>
      <w:r>
        <w:rPr>
          <w:rFonts w:ascii="Arial" w:hAnsi="Arial" w:eastAsia="Arial"/>
          <w:b w:val="0"/>
          <w:i w:val="0"/>
          <w:color w:val="000000"/>
          <w:sz w:val="24"/>
        </w:rPr>
        <w:t>Композицию создают изголовье, свет, прикроватные тумбы, текстиль и стена за кроватью. Причём дорогое изголовье вовсе не обязательно. Иногда достаточно правильной высоты, спокойной пропорции и хорошо выбранного материала.</w:t>
      </w:r>
    </w:p>
    <w:p>
      <w:pPr>
        <w:keepNext w:val="0"/>
        <w:pageBreakBefore w:val="0"/>
        <w:spacing w:line="240" w:lineRule="auto" w:before="100" w:after="100"/>
        <w:jc w:val="left"/>
      </w:pPr>
      <w:r>
        <w:rPr>
          <w:rFonts w:ascii="Arial" w:hAnsi="Arial" w:eastAsia="Arial"/>
          <w:b w:val="0"/>
          <w:i w:val="0"/>
          <w:color w:val="000000"/>
          <w:sz w:val="24"/>
        </w:rPr>
        <w:t>Гостиницы любят симметрию: две одинаковые тумбы, два светильника, одинаковые розетки. Она действительно создаёт ощущение порядка.</w:t>
      </w:r>
    </w:p>
    <w:p>
      <w:pPr>
        <w:keepNext w:val="0"/>
        <w:pageBreakBefore w:val="0"/>
        <w:spacing w:line="240" w:lineRule="auto" w:before="100" w:after="100"/>
        <w:jc w:val="left"/>
      </w:pPr>
      <w:r>
        <w:rPr>
          <w:rFonts w:ascii="Arial" w:hAnsi="Arial" w:eastAsia="Arial"/>
          <w:b w:val="0"/>
          <w:i w:val="0"/>
          <w:color w:val="000000"/>
          <w:sz w:val="24"/>
        </w:rPr>
        <w:t>Но дома симметрия не должна становиться догмой. У людей могут быть разные привычки. Одному нужна полноценная тумба с ящиками, другому — небольшой столик. Один читает перед сном, другой сразу выключает свет.</w:t>
      </w:r>
    </w:p>
    <w:p>
      <w:pPr>
        <w:keepNext w:val="0"/>
        <w:pageBreakBefore w:val="0"/>
        <w:spacing w:line="240" w:lineRule="auto" w:before="100" w:after="100"/>
        <w:jc w:val="left"/>
      </w:pPr>
      <w:r>
        <w:rPr>
          <w:rFonts w:ascii="Arial" w:hAnsi="Arial" w:eastAsia="Arial"/>
          <w:b w:val="0"/>
          <w:i w:val="0"/>
          <w:color w:val="000000"/>
          <w:sz w:val="24"/>
        </w:rPr>
        <w:t>Поэтому визуально композицию можно уравновесить, но функции лучше настроить индивидуально.</w:t>
      </w:r>
    </w:p>
    <w:p>
      <w:pPr>
        <w:keepNext w:val="0"/>
        <w:pageBreakBefore w:val="0"/>
        <w:spacing w:line="240" w:lineRule="auto" w:before="100" w:after="100"/>
        <w:jc w:val="left"/>
      </w:pPr>
      <w:r>
        <w:rPr>
          <w:rFonts w:ascii="Arial" w:hAnsi="Arial" w:eastAsia="Arial"/>
          <w:b w:val="0"/>
          <w:i w:val="0"/>
          <w:color w:val="000000"/>
          <w:sz w:val="24"/>
        </w:rPr>
        <w:t>Следующий важный элемент — прикроватный свет. Светильник должен позволять читать, не мешая второму человеку. Он должен включаться с кровати, а направление света — регулироваться.</w:t>
      </w:r>
    </w:p>
    <w:p>
      <w:pPr>
        <w:keepNext w:val="0"/>
        <w:pageBreakBefore w:val="0"/>
        <w:spacing w:line="240" w:lineRule="auto" w:before="100" w:after="100"/>
        <w:jc w:val="left"/>
      </w:pPr>
      <w:r>
        <w:rPr>
          <w:rFonts w:ascii="Arial" w:hAnsi="Arial" w:eastAsia="Arial"/>
          <w:b w:val="0"/>
          <w:i w:val="0"/>
          <w:color w:val="000000"/>
          <w:sz w:val="24"/>
        </w:rPr>
        <w:t>Очень часто красивое бра оказывается декоративным и даёт слишком мало света. Или светит прямо в глаза. Такой гостиничный приём домой забирать не стоит.</w:t>
      </w:r>
    </w:p>
    <w:p>
      <w:pPr>
        <w:keepNext w:val="0"/>
        <w:pageBreakBefore w:val="0"/>
        <w:spacing w:line="240" w:lineRule="auto" w:before="100" w:after="100"/>
        <w:jc w:val="left"/>
      </w:pPr>
      <w:r>
        <w:rPr>
          <w:rFonts w:ascii="Arial" w:hAnsi="Arial" w:eastAsia="Arial"/>
          <w:b w:val="0"/>
          <w:i w:val="0"/>
          <w:color w:val="000000"/>
          <w:sz w:val="24"/>
        </w:rPr>
        <w:t>Ещё один сильный инструмент — текстиль. Именно он часто создаёт ощущение дорогого, законченного номера.</w:t>
      </w:r>
    </w:p>
    <w:p>
      <w:pPr>
        <w:keepNext w:val="0"/>
        <w:pageBreakBefore w:val="0"/>
        <w:spacing w:line="240" w:lineRule="auto" w:before="100" w:after="100"/>
        <w:jc w:val="left"/>
      </w:pPr>
      <w:r>
        <w:rPr>
          <w:rFonts w:ascii="Arial" w:hAnsi="Arial" w:eastAsia="Arial"/>
          <w:b w:val="0"/>
          <w:i w:val="0"/>
          <w:color w:val="000000"/>
          <w:sz w:val="24"/>
        </w:rPr>
        <w:t>Это не обязательно десять декоративных подушек. Важнее качество постельного белья, сочетание фактур, нормальное одеяло, покрывало и шторы, которые действительно защищают от света.</w:t>
      </w:r>
    </w:p>
    <w:p>
      <w:pPr>
        <w:keepNext w:val="0"/>
        <w:pageBreakBefore w:val="0"/>
        <w:spacing w:line="240" w:lineRule="auto" w:before="100" w:after="100"/>
        <w:jc w:val="left"/>
      </w:pPr>
      <w:r>
        <w:rPr>
          <w:rFonts w:ascii="Arial" w:hAnsi="Arial" w:eastAsia="Arial"/>
          <w:b w:val="0"/>
          <w:i w:val="0"/>
          <w:color w:val="000000"/>
          <w:sz w:val="24"/>
        </w:rPr>
        <w:t>В гостинице декоративные подушки каждый день раскладывает персонал. Дома их нужно вечером куда-то убирать. Поэтому лучше выбрать столько текстиля, сколько вы готовы обслуживать в реальной жизни.</w:t>
      </w:r>
    </w:p>
    <w:p>
      <w:pPr>
        <w:keepNext w:val="0"/>
        <w:pageBreakBefore w:val="0"/>
        <w:spacing w:line="240" w:lineRule="auto" w:before="100" w:after="100"/>
        <w:jc w:val="left"/>
      </w:pPr>
      <w:r>
        <w:rPr>
          <w:rFonts w:ascii="Arial" w:hAnsi="Arial" w:eastAsia="Arial"/>
          <w:b w:val="0"/>
          <w:i w:val="0"/>
          <w:color w:val="000000"/>
          <w:sz w:val="24"/>
        </w:rPr>
        <w:t>Плотные шторы особенно полезны тем, кто плохо спит при уличном освещении. Но необходимо заранее предусмотреть, как они будут открываться, где поместится карниз и не перекроют ли они радиатор.</w:t>
      </w:r>
    </w:p>
    <w:p>
      <w:pPr>
        <w:keepNext w:val="0"/>
        <w:pageBreakBefore w:val="0"/>
        <w:spacing w:line="240" w:lineRule="auto" w:before="100" w:after="100"/>
        <w:jc w:val="left"/>
      </w:pPr>
      <w:r>
        <w:rPr>
          <w:rFonts w:ascii="Arial" w:hAnsi="Arial" w:eastAsia="Arial"/>
          <w:b w:val="0"/>
          <w:i w:val="0"/>
          <w:color w:val="000000"/>
          <w:sz w:val="24"/>
        </w:rPr>
        <w:t>У изножья кровати в отелях часто ставят банкетку. Это красивый и функциональный приём: на неё можно положить покрывало, поставить сумку или присесть.</w:t>
      </w:r>
    </w:p>
    <w:p>
      <w:pPr>
        <w:keepNext w:val="0"/>
        <w:pageBreakBefore w:val="0"/>
        <w:spacing w:line="240" w:lineRule="auto" w:before="100" w:after="100"/>
        <w:jc w:val="left"/>
      </w:pPr>
      <w:r>
        <w:rPr>
          <w:rFonts w:ascii="Arial" w:hAnsi="Arial" w:eastAsia="Arial"/>
          <w:b w:val="0"/>
          <w:i w:val="0"/>
          <w:color w:val="000000"/>
          <w:sz w:val="24"/>
        </w:rPr>
        <w:t>Но в небольшой спальне банкетка иногда просто мешает проходу. Поэтому здесь снова работает правило: заимствуем функцию, а не предмет. Возможно, ту же задачу решит кресло, комод или свободная поверхность.</w:t>
      </w:r>
    </w:p>
    <w:p>
      <w:pPr>
        <w:keepNext w:val="0"/>
        <w:pageBreakBefore w:val="0"/>
        <w:spacing w:line="240" w:lineRule="auto" w:before="100" w:after="100"/>
        <w:jc w:val="left"/>
      </w:pPr>
      <w:r>
        <w:rPr>
          <w:rFonts w:ascii="Arial" w:hAnsi="Arial" w:eastAsia="Arial"/>
          <w:b w:val="0"/>
          <w:i w:val="0"/>
          <w:color w:val="000000"/>
          <w:sz w:val="24"/>
        </w:rPr>
        <w:t>Отдельная тема — хранение. Гостиничная спальня рассчитана на несколько дней, поэтому её шкаф редко подходит для постоянной жизни.</w:t>
      </w:r>
    </w:p>
    <w:p>
      <w:pPr>
        <w:keepNext w:val="0"/>
        <w:pageBreakBefore w:val="0"/>
        <w:spacing w:line="240" w:lineRule="auto" w:before="100" w:after="100"/>
        <w:jc w:val="left"/>
      </w:pPr>
      <w:r>
        <w:rPr>
          <w:rFonts w:ascii="Arial" w:hAnsi="Arial" w:eastAsia="Arial"/>
          <w:b w:val="0"/>
          <w:i w:val="0"/>
          <w:color w:val="000000"/>
          <w:sz w:val="24"/>
        </w:rPr>
        <w:t>Дома нужно предусмотреть сезонную одежду, постельное бельё, домашние вещи и возможность спокойно открыть двери и ящики. Красивый шкаф не должен мешать пользоваться кроватью.</w:t>
      </w:r>
    </w:p>
    <w:p>
      <w:pPr>
        <w:keepNext w:val="0"/>
        <w:pageBreakBefore w:val="0"/>
        <w:spacing w:line="240" w:lineRule="auto" w:before="100" w:after="100"/>
        <w:jc w:val="left"/>
      </w:pPr>
      <w:r>
        <w:rPr>
          <w:rFonts w:ascii="Arial" w:hAnsi="Arial" w:eastAsia="Arial"/>
          <w:b w:val="0"/>
          <w:i w:val="0"/>
          <w:color w:val="000000"/>
          <w:sz w:val="24"/>
        </w:rPr>
        <w:t>И наконец, спальне нужен личный характер. Если полностью повторить нейтральный гостиничный номер, можно получить красивое, но чужое пространство.</w:t>
      </w:r>
    </w:p>
    <w:p>
      <w:pPr>
        <w:keepNext w:val="0"/>
        <w:pageBreakBefore w:val="0"/>
        <w:spacing w:line="240" w:lineRule="auto" w:before="100" w:after="100"/>
        <w:jc w:val="left"/>
      </w:pPr>
      <w:r>
        <w:rPr>
          <w:rFonts w:ascii="Arial" w:hAnsi="Arial" w:eastAsia="Arial"/>
          <w:b w:val="0"/>
          <w:i w:val="0"/>
          <w:color w:val="000000"/>
          <w:sz w:val="24"/>
        </w:rPr>
        <w:t>Картина, любимая фотография, книги, необычный светильник или предмет с историей возвращают спальне ощущение дома.</w:t>
      </w:r>
    </w:p>
    <w:p>
      <w:pPr>
        <w:keepNext w:val="0"/>
        <w:pageBreakBefore w:val="0"/>
        <w:spacing w:line="240" w:lineRule="auto" w:before="100" w:after="100"/>
        <w:jc w:val="left"/>
      </w:pPr>
      <w:r>
        <w:rPr>
          <w:rFonts w:ascii="Arial" w:hAnsi="Arial" w:eastAsia="Arial"/>
          <w:b w:val="0"/>
          <w:i w:val="0"/>
          <w:color w:val="000000"/>
          <w:sz w:val="24"/>
        </w:rPr>
        <w:t>Поэтому из хорошего отеля я бы забрала ясную композицию, удобный свет, продуманную электрику, затемнение и качественный текстиль. А индивидуальность оставила бы домашней.</w:t>
      </w:r>
    </w:p>
    <w:p>
      <w:pPr>
        <w:keepNext w:val="0"/>
        <w:pageBreakBefore w:val="0"/>
        <w:spacing w:line="240" w:lineRule="auto" w:before="320" w:after="100"/>
        <w:jc w:val="left"/>
      </w:pPr>
      <w:r>
        <w:rPr>
          <w:rFonts w:ascii="Arial" w:hAnsi="Arial" w:eastAsia="Arial"/>
          <w:b/>
          <w:i w:val="0"/>
          <w:color w:val="7030A0"/>
          <w:sz w:val="24"/>
        </w:rPr>
        <w:t>МУЗЫКАЛЬНАЯ ПАУЗА № 3</w:t>
      </w:r>
    </w:p>
    <w:p>
      <w:pPr>
        <w:keepNext w:val="0"/>
        <w:pageBreakBefore w:val="0"/>
        <w:spacing w:line="240" w:lineRule="auto" w:before="100" w:after="100"/>
        <w:jc w:val="left"/>
      </w:pPr>
      <w:r>
        <w:rPr>
          <w:rFonts w:ascii="Arial" w:hAnsi="Arial" w:eastAsia="Arial"/>
          <w:b w:val="0"/>
          <w:i w:val="0"/>
          <w:color w:val="7030A0"/>
          <w:sz w:val="24"/>
        </w:rPr>
        <w:t>Группа «Секрет» — «Моя любовь на пятом этаже»</w:t>
      </w:r>
    </w:p>
    <w:p>
      <w:pPr>
        <w:keepNext w:val="0"/>
        <w:pageBreakBefore w:val="0"/>
        <w:spacing w:line="240" w:lineRule="auto" w:before="100" w:after="100"/>
        <w:jc w:val="left"/>
      </w:pPr>
      <w:r>
        <w:rPr>
          <w:rFonts w:ascii="Arial" w:hAnsi="Arial" w:eastAsia="Arial"/>
          <w:b w:val="0"/>
          <w:i w:val="0"/>
          <w:color w:val="7030A0"/>
          <w:sz w:val="24"/>
        </w:rPr>
        <w:t>Продолжим песней, в которой дом, этаж и личная история соединяются в один узнаваемый образ.</w:t>
      </w:r>
    </w:p>
    <w:p>
      <w:pPr>
        <w:keepNext w:val="0"/>
        <w:pageBreakBefore w:val="0"/>
        <w:spacing w:line="240" w:lineRule="auto" w:before="100" w:after="100"/>
        <w:jc w:val="left"/>
      </w:pPr>
      <w:r>
        <w:rPr>
          <w:rFonts w:ascii="Arial" w:hAnsi="Arial" w:eastAsia="Arial"/>
          <w:b/>
          <w:i w:val="0"/>
          <w:color w:val="0070C0"/>
          <w:sz w:val="24"/>
        </w:rPr>
        <w:t>ВОПРОСЫ СЛУШАТЕЛЕЙ</w:t>
      </w:r>
    </w:p>
    <w:p>
      <w:pPr>
        <w:keepNext w:val="0"/>
        <w:pageBreakBefore w:val="0"/>
        <w:spacing w:line="240" w:lineRule="auto" w:before="100" w:after="100"/>
        <w:jc w:val="left"/>
      </w:pPr>
      <w:r>
        <w:rPr>
          <w:rFonts w:ascii="Arial" w:hAnsi="Arial" w:eastAsia="Arial"/>
          <w:b w:val="0"/>
          <w:i w:val="0"/>
          <w:color w:val="0070C0"/>
          <w:sz w:val="24"/>
        </w:rPr>
        <w:t>1. Обязательно ли ставить кровать симметрично относительно стены?</w:t>
      </w:r>
    </w:p>
    <w:p>
      <w:pPr>
        <w:keepNext w:val="0"/>
        <w:pageBreakBefore w:val="0"/>
        <w:spacing w:line="240" w:lineRule="auto" w:before="100" w:after="100"/>
        <w:jc w:val="left"/>
      </w:pPr>
      <w:r>
        <w:rPr>
          <w:rFonts w:ascii="Arial" w:hAnsi="Arial" w:eastAsia="Arial"/>
          <w:b w:val="0"/>
          <w:i w:val="0"/>
          <w:color w:val="0070C0"/>
          <w:sz w:val="24"/>
        </w:rPr>
        <w:t>2. Чем заменить прикроватные тумбы в очень маленькой спальне?</w:t>
      </w:r>
    </w:p>
    <w:p>
      <w:pPr>
        <w:keepNext w:val="0"/>
        <w:pageBreakBefore w:val="0"/>
        <w:spacing w:line="240" w:lineRule="auto" w:before="100" w:after="100"/>
        <w:jc w:val="left"/>
      </w:pPr>
      <w:r>
        <w:rPr>
          <w:rFonts w:ascii="Arial" w:hAnsi="Arial" w:eastAsia="Arial"/>
          <w:b w:val="0"/>
          <w:i w:val="0"/>
          <w:color w:val="0070C0"/>
          <w:sz w:val="24"/>
        </w:rPr>
        <w:t>3. Сколько декоративных подушек действительно нужно для красивой кровати?</w:t>
      </w:r>
    </w:p>
    <w:p>
      <w:pPr>
        <w:keepNext w:val="0"/>
        <w:pageBreakBefore w:val="0"/>
        <w:spacing w:line="240" w:lineRule="auto" w:before="100" w:after="100"/>
        <w:jc w:val="left"/>
      </w:pPr>
      <w:r>
        <w:rPr>
          <w:rFonts w:ascii="Arial" w:hAnsi="Arial" w:eastAsia="Arial"/>
          <w:b w:val="0"/>
          <w:i w:val="0"/>
          <w:color w:val="0070C0"/>
          <w:sz w:val="24"/>
        </w:rPr>
        <w:t>4. Как подобрать плотные шторы, чтобы днём спальня не выглядела слишком тяжёлой?</w:t>
      </w:r>
    </w:p>
    <w:p>
      <w:pPr>
        <w:keepNext w:val="0"/>
        <w:pageBreakBefore w:val="0"/>
        <w:spacing w:line="240" w:lineRule="auto" w:before="100" w:after="100"/>
        <w:jc w:val="left"/>
      </w:pPr>
      <w:r>
        <w:rPr>
          <w:rFonts w:ascii="Arial" w:hAnsi="Arial" w:eastAsia="Arial"/>
          <w:b w:val="0"/>
          <w:i w:val="0"/>
          <w:color w:val="0070C0"/>
          <w:sz w:val="24"/>
        </w:rPr>
        <w:t>5. Нужна ли банкетка у изножья кровати или это только красивый гостиничный приём?</w:t>
      </w:r>
    </w:p>
    <w:p>
      <w:pPr>
        <w:keepNext w:val="0"/>
        <w:pageBreakBefore w:val="0"/>
        <w:spacing w:line="240" w:lineRule="auto" w:before="100" w:after="100"/>
        <w:jc w:val="left"/>
      </w:pPr>
      <w:r>
        <w:rPr>
          <w:rFonts w:ascii="Arial" w:hAnsi="Arial" w:eastAsia="Arial"/>
          <w:b w:val="0"/>
          <w:i w:val="0"/>
          <w:color w:val="0070C0"/>
          <w:sz w:val="24"/>
        </w:rPr>
        <w:t>6. Вопрос от начинающего дизайнера: что нужно проектировать раньше — изголовье, электрику или прикроватное освещение?</w:t>
      </w:r>
    </w:p>
    <w:p>
      <w:pPr>
        <w:keepNext/>
        <w:pageBreakBefore w:val="0"/>
        <w:spacing w:line="240" w:lineRule="auto" w:before="320" w:after="100"/>
        <w:jc w:val="left"/>
      </w:pPr>
      <w:r>
        <w:rPr>
          <w:rFonts w:ascii="Arial" w:hAnsi="Arial" w:eastAsia="Arial"/>
          <w:b w:val="0"/>
          <w:i w:val="0"/>
          <w:color w:val="FF0000"/>
          <w:sz w:val="24"/>
        </w:rPr>
        <w:t>Закончилась наша музыкальная пауза.</w:t>
      </w:r>
    </w:p>
    <w:p>
      <w:pPr>
        <w:keepNext w:val="0"/>
        <w:pageBreakBefore w:val="0"/>
        <w:spacing w:line="240" w:lineRule="auto" w:before="100" w:after="100"/>
        <w:jc w:val="left"/>
      </w:pPr>
      <w:r>
        <w:rPr>
          <w:rFonts w:ascii="Arial" w:hAnsi="Arial" w:eastAsia="Arial"/>
          <w:b w:val="0"/>
          <w:i w:val="0"/>
          <w:color w:val="FF0000"/>
          <w:sz w:val="24"/>
        </w:rPr>
        <w:t>И наша тема «Жить как в отеле: почему гостиничный дизайн приходит в наши дома».</w:t>
      </w:r>
    </w:p>
    <w:p>
      <w:pPr>
        <w:keepNext w:val="0"/>
        <w:pageBreakBefore w:val="0"/>
        <w:spacing w:line="240" w:lineRule="auto" w:before="100" w:after="100"/>
        <w:jc w:val="left"/>
      </w:pPr>
      <w:r>
        <w:rPr>
          <w:rFonts w:ascii="Arial" w:hAnsi="Arial" w:eastAsia="Arial"/>
          <w:b/>
          <w:i w:val="0"/>
          <w:color w:val="000000"/>
          <w:sz w:val="26"/>
        </w:rPr>
        <w:t>БЛОК 4. ОТ СПАЛЬНИ — КО ВСЕМУ ДОМУ</w:t>
      </w:r>
    </w:p>
    <w:p>
      <w:pPr>
        <w:keepNext w:val="0"/>
        <w:pageBreakBefore w:val="0"/>
        <w:spacing w:line="240" w:lineRule="auto" w:before="100" w:after="100"/>
        <w:jc w:val="left"/>
      </w:pPr>
      <w:r>
        <w:rPr>
          <w:rFonts w:ascii="Arial" w:hAnsi="Arial" w:eastAsia="Arial"/>
          <w:b w:val="0"/>
          <w:i w:val="0"/>
          <w:color w:val="000000"/>
          <w:sz w:val="24"/>
        </w:rPr>
        <w:t>Мы уже поговорили о том, почему нам вообще хочется перенести гостиничный комфорт домой, из чего складывается это ощущение и какие решения можно позаимствовать для спальни.</w:t>
      </w:r>
    </w:p>
    <w:p>
      <w:pPr>
        <w:keepNext w:val="0"/>
        <w:pageBreakBefore w:val="0"/>
        <w:spacing w:line="240" w:lineRule="auto" w:before="100" w:after="100"/>
        <w:jc w:val="left"/>
      </w:pPr>
      <w:r>
        <w:rPr>
          <w:rFonts w:ascii="Arial" w:hAnsi="Arial" w:eastAsia="Arial"/>
          <w:b w:val="0"/>
          <w:i w:val="0"/>
          <w:color w:val="000000"/>
          <w:sz w:val="24"/>
        </w:rPr>
        <w:t>Но влияние хороших отелей сегодня не ограничивается спальней. Гостиничный дизайн постепенно меняет весь дом — прихожую, гостиную, ванную, кухню и даже наши бытовые привычки.</w:t>
      </w:r>
    </w:p>
    <w:p>
      <w:pPr>
        <w:keepNext w:val="0"/>
        <w:pageBreakBefore w:val="0"/>
        <w:spacing w:line="240" w:lineRule="auto" w:before="100" w:after="100"/>
        <w:jc w:val="left"/>
      </w:pPr>
      <w:r>
        <w:rPr>
          <w:rFonts w:ascii="Arial" w:hAnsi="Arial" w:eastAsia="Arial"/>
          <w:b w:val="0"/>
          <w:i w:val="0"/>
          <w:color w:val="000000"/>
          <w:sz w:val="24"/>
        </w:rPr>
        <w:t>И здесь важно сразу сказать: интерьер как в отеле — это не обязательно мрамор, латунь, большая кровать и белые халаты. В первую очередь это сценарий движения человека по пространству.</w:t>
      </w:r>
    </w:p>
    <w:p>
      <w:pPr>
        <w:keepNext w:val="0"/>
        <w:pageBreakBefore w:val="0"/>
        <w:spacing w:line="240" w:lineRule="auto" w:before="100" w:after="100"/>
        <w:jc w:val="left"/>
      </w:pPr>
      <w:r>
        <w:rPr>
          <w:rFonts w:ascii="Arial" w:hAnsi="Arial" w:eastAsia="Arial"/>
          <w:b w:val="0"/>
          <w:i w:val="0"/>
          <w:color w:val="000000"/>
          <w:sz w:val="24"/>
        </w:rPr>
        <w:t>В хорошем отеле мы входим в номер и почти сразу понимаем, куда положить ключ, где поставить чемодан, куда повесить верхнюю одежду, где находится зеркало и каким выключателем включается свет. Если всё действительно продумано, нам не приходится разгадывать интерьер.</w:t>
      </w:r>
    </w:p>
    <w:p>
      <w:pPr>
        <w:keepNext w:val="0"/>
        <w:pageBreakBefore w:val="0"/>
        <w:spacing w:line="240" w:lineRule="auto" w:before="100" w:after="100"/>
        <w:jc w:val="left"/>
      </w:pPr>
      <w:r>
        <w:rPr>
          <w:rFonts w:ascii="Arial" w:hAnsi="Arial" w:eastAsia="Arial"/>
          <w:b w:val="0"/>
          <w:i w:val="0"/>
          <w:color w:val="000000"/>
          <w:sz w:val="24"/>
        </w:rPr>
        <w:t>Именно этот принцип сегодня приходит в домашние прихожие. Мы начинаем проектировать не просто шкаф и банкетку, а весь сценарий возвращения домой.</w:t>
      </w:r>
    </w:p>
    <w:p>
      <w:pPr>
        <w:keepNext w:val="0"/>
        <w:pageBreakBefore w:val="0"/>
        <w:spacing w:line="240" w:lineRule="auto" w:before="100" w:after="100"/>
        <w:jc w:val="left"/>
      </w:pPr>
      <w:r>
        <w:rPr>
          <w:rFonts w:ascii="Arial" w:hAnsi="Arial" w:eastAsia="Arial"/>
          <w:b w:val="0"/>
          <w:i w:val="0"/>
          <w:color w:val="000000"/>
          <w:sz w:val="24"/>
        </w:rPr>
        <w:t>Человек открыл дверь. У него в руках сумка, телефон, ключи, возможно, зонт или покупки. Ему нужно поставить сумку, снять обувь, посмотреть на себя в зеркало и включить свет — желательно не проходя для этого через всю прихожую.</w:t>
      </w:r>
    </w:p>
    <w:p>
      <w:pPr>
        <w:keepNext w:val="0"/>
        <w:pageBreakBefore w:val="0"/>
        <w:spacing w:line="240" w:lineRule="auto" w:before="100" w:after="100"/>
        <w:jc w:val="left"/>
      </w:pPr>
      <w:r>
        <w:rPr>
          <w:rFonts w:ascii="Arial" w:hAnsi="Arial" w:eastAsia="Arial"/>
          <w:b w:val="0"/>
          <w:i w:val="0"/>
          <w:color w:val="000000"/>
          <w:sz w:val="24"/>
        </w:rPr>
        <w:t>Получается, что домашняя прихожая начинает работать как небольшое гостиничное лобби: она встречает человека, помогает ему перейти из внешнего мира во внутренний и создаёт первое ощущение от дома.</w:t>
      </w:r>
    </w:p>
    <w:p>
      <w:pPr>
        <w:keepNext w:val="0"/>
        <w:pageBreakBefore w:val="0"/>
        <w:spacing w:line="240" w:lineRule="auto" w:before="100" w:after="100"/>
        <w:jc w:val="left"/>
      </w:pPr>
      <w:r>
        <w:rPr>
          <w:rFonts w:ascii="Arial" w:hAnsi="Arial" w:eastAsia="Arial"/>
          <w:b w:val="0"/>
          <w:i w:val="0"/>
          <w:color w:val="000000"/>
          <w:sz w:val="24"/>
        </w:rPr>
        <w:t>Но копировать гостиничное лобби буквально, конечно, не нужно. В отеле оно может быть огромным и торжественным, а дома нам необходимо решить те же задачи на двух или трёх квадратных метрах.</w:t>
      </w:r>
    </w:p>
    <w:p>
      <w:pPr>
        <w:keepNext w:val="0"/>
        <w:pageBreakBefore w:val="0"/>
        <w:spacing w:line="240" w:lineRule="auto" w:before="100" w:after="100"/>
        <w:jc w:val="left"/>
      </w:pPr>
      <w:r>
        <w:rPr>
          <w:rFonts w:ascii="Arial" w:hAnsi="Arial" w:eastAsia="Arial"/>
          <w:b w:val="0"/>
          <w:i w:val="0"/>
          <w:color w:val="000000"/>
          <w:sz w:val="24"/>
        </w:rPr>
        <w:t>Следующее влияние гостиничного дизайна мы видим в гостиных.</w:t>
      </w:r>
    </w:p>
    <w:p>
      <w:pPr>
        <w:keepNext w:val="0"/>
        <w:pageBreakBefore w:val="0"/>
        <w:spacing w:line="240" w:lineRule="auto" w:before="100" w:after="100"/>
        <w:jc w:val="left"/>
      </w:pPr>
      <w:r>
        <w:rPr>
          <w:rFonts w:ascii="Arial" w:hAnsi="Arial" w:eastAsia="Arial"/>
          <w:b w:val="0"/>
          <w:i w:val="0"/>
          <w:color w:val="000000"/>
          <w:sz w:val="24"/>
        </w:rPr>
        <w:t>Современная гостиничная гостиная или лаунж редко состоит из одного большого дивана, стоящего напротив телевизора. Как правило, в ней создаётся несколько небольших зон: где-то можно поговорить, где-то почитать, где-то выпить кофе, а где-то поработать с ноутбуком.</w:t>
      </w:r>
    </w:p>
    <w:p>
      <w:pPr>
        <w:keepNext w:val="0"/>
        <w:pageBreakBefore w:val="0"/>
        <w:spacing w:line="240" w:lineRule="auto" w:before="100" w:after="100"/>
        <w:jc w:val="left"/>
      </w:pPr>
      <w:r>
        <w:rPr>
          <w:rFonts w:ascii="Arial" w:hAnsi="Arial" w:eastAsia="Arial"/>
          <w:b w:val="0"/>
          <w:i w:val="0"/>
          <w:color w:val="000000"/>
          <w:sz w:val="24"/>
        </w:rPr>
        <w:t>И этот приём очень хорошо работает дома. Особенно если гостиная используется не только для просмотра телевизора. Один человек хочет читать, другой — разговаривать, третий — слушать музыку. Хорошая гостиная не заставляет всех заниматься одним и тем же.</w:t>
      </w:r>
    </w:p>
    <w:p>
      <w:pPr>
        <w:keepNext w:val="0"/>
        <w:pageBreakBefore w:val="0"/>
        <w:spacing w:line="240" w:lineRule="auto" w:before="100" w:after="100"/>
        <w:jc w:val="left"/>
      </w:pPr>
      <w:r>
        <w:rPr>
          <w:rFonts w:ascii="Arial" w:hAnsi="Arial" w:eastAsia="Arial"/>
          <w:b w:val="0"/>
          <w:i w:val="0"/>
          <w:color w:val="000000"/>
          <w:sz w:val="24"/>
        </w:rPr>
        <w:t>Иногда для этого достаточно не покупать новую мебель, а немного иначе расставить ту, которая уже есть. Добавить отдельное кресло, локальный свет, небольшой столик. Развернуть диван не строго вдоль стены, а так, чтобы появилась зона общения.</w:t>
      </w:r>
    </w:p>
    <w:p>
      <w:pPr>
        <w:keepNext w:val="0"/>
        <w:pageBreakBefore w:val="0"/>
        <w:spacing w:line="240" w:lineRule="auto" w:before="100" w:after="100"/>
        <w:jc w:val="left"/>
      </w:pPr>
      <w:r>
        <w:rPr>
          <w:rFonts w:ascii="Arial" w:hAnsi="Arial" w:eastAsia="Arial"/>
          <w:b w:val="0"/>
          <w:i w:val="0"/>
          <w:color w:val="000000"/>
          <w:sz w:val="24"/>
        </w:rPr>
        <w:t>Ещё одно гостиничное влияние — домашние кофейные станции и небольшие барные зоны.</w:t>
      </w:r>
    </w:p>
    <w:p>
      <w:pPr>
        <w:keepNext w:val="0"/>
        <w:pageBreakBefore w:val="0"/>
        <w:spacing w:line="240" w:lineRule="auto" w:before="100" w:after="100"/>
        <w:jc w:val="left"/>
      </w:pPr>
      <w:r>
        <w:rPr>
          <w:rFonts w:ascii="Arial" w:hAnsi="Arial" w:eastAsia="Arial"/>
          <w:b w:val="0"/>
          <w:i w:val="0"/>
          <w:color w:val="000000"/>
          <w:sz w:val="24"/>
        </w:rPr>
        <w:t>В отеле нам нравится, что всё необходимое для утреннего кофе находится в одном месте. Но дома кофейная зона должна быть продумана гораздо тщательнее. В гостинице человек живёт несколько дней, а дома нужно хранить чашки, кофе, чай, воду, приборы, салфетки, убирать упаковки и постоянно поддерживать порядок.</w:t>
      </w:r>
    </w:p>
    <w:p>
      <w:pPr>
        <w:keepNext w:val="0"/>
        <w:pageBreakBefore w:val="0"/>
        <w:spacing w:line="240" w:lineRule="auto" w:before="100" w:after="100"/>
        <w:jc w:val="left"/>
      </w:pPr>
      <w:r>
        <w:rPr>
          <w:rFonts w:ascii="Arial" w:hAnsi="Arial" w:eastAsia="Arial"/>
          <w:b w:val="0"/>
          <w:i w:val="0"/>
          <w:color w:val="000000"/>
          <w:sz w:val="24"/>
        </w:rPr>
        <w:t>Поэтому недостаточно просто поставить красивую кофемашину на столешницу. Нужно понять, где будет вода, куда убрать провода и запас кофе, где поставить использованную чашку. Иначе красивая зона очень быстро превращается в бытовой склад.</w:t>
      </w:r>
    </w:p>
    <w:p>
      <w:pPr>
        <w:keepNext w:val="0"/>
        <w:pageBreakBefore w:val="0"/>
        <w:spacing w:line="240" w:lineRule="auto" w:before="100" w:after="100"/>
        <w:jc w:val="left"/>
      </w:pPr>
      <w:r>
        <w:rPr>
          <w:rFonts w:ascii="Arial" w:hAnsi="Arial" w:eastAsia="Arial"/>
          <w:b w:val="0"/>
          <w:i w:val="0"/>
          <w:color w:val="000000"/>
          <w:sz w:val="24"/>
        </w:rPr>
        <w:t>Очень заметно гостиничный дизайн повлиял и на ванные комнаты. Отсюда к нам пришло желание сделать домашнюю ванную похожей на небольшое спа: использовать мягкое освещение, натуральные фактуры, большие зеркала, красивые смесители, тёплые полотенца и продуманное хранение.</w:t>
      </w:r>
    </w:p>
    <w:p>
      <w:pPr>
        <w:keepNext w:val="0"/>
        <w:pageBreakBefore w:val="0"/>
        <w:spacing w:line="240" w:lineRule="auto" w:before="100" w:after="100"/>
        <w:jc w:val="left"/>
      </w:pPr>
      <w:r>
        <w:rPr>
          <w:rFonts w:ascii="Arial" w:hAnsi="Arial" w:eastAsia="Arial"/>
          <w:b w:val="0"/>
          <w:i w:val="0"/>
          <w:color w:val="000000"/>
          <w:sz w:val="24"/>
        </w:rPr>
        <w:t>Но и здесь важно не забывать о реальной жизни. Ванная в отеле рассчитана на минимальное количество вещей. Дома появляются косметика, бытовая химия, полотенца, запасы, корзина для белья. Если не предусмотреть для всего этого места, через неделю от гостиничной картинки ничего не останется.</w:t>
      </w:r>
    </w:p>
    <w:p>
      <w:pPr>
        <w:keepNext w:val="0"/>
        <w:pageBreakBefore w:val="0"/>
        <w:spacing w:line="240" w:lineRule="auto" w:before="100" w:after="100"/>
        <w:jc w:val="left"/>
      </w:pPr>
      <w:r>
        <w:rPr>
          <w:rFonts w:ascii="Arial" w:hAnsi="Arial" w:eastAsia="Arial"/>
          <w:b w:val="0"/>
          <w:i w:val="0"/>
          <w:color w:val="000000"/>
          <w:sz w:val="24"/>
        </w:rPr>
        <w:t>И, наконец, отели учат нас создавать атмосферу не только мебелью.</w:t>
      </w:r>
    </w:p>
    <w:p>
      <w:pPr>
        <w:keepNext w:val="0"/>
        <w:pageBreakBefore w:val="0"/>
        <w:spacing w:line="240" w:lineRule="auto" w:before="100" w:after="100"/>
        <w:jc w:val="left"/>
      </w:pPr>
      <w:r>
        <w:rPr>
          <w:rFonts w:ascii="Arial" w:hAnsi="Arial" w:eastAsia="Arial"/>
          <w:b w:val="0"/>
          <w:i w:val="0"/>
          <w:color w:val="000000"/>
          <w:sz w:val="24"/>
        </w:rPr>
        <w:t>Это свет, акустика, запах, музыка, произведения искусства, тактильные ощущения. Всё то, что мы не всегда можем сразу назвать, но благодаря чему интерьер воспринимается как цельный.</w:t>
      </w:r>
    </w:p>
    <w:p>
      <w:pPr>
        <w:keepNext w:val="0"/>
        <w:pageBreakBefore w:val="0"/>
        <w:spacing w:line="240" w:lineRule="auto" w:before="100" w:after="100"/>
        <w:jc w:val="left"/>
      </w:pPr>
      <w:r>
        <w:rPr>
          <w:rFonts w:ascii="Arial" w:hAnsi="Arial" w:eastAsia="Arial"/>
          <w:b w:val="0"/>
          <w:i w:val="0"/>
          <w:color w:val="000000"/>
          <w:sz w:val="24"/>
        </w:rPr>
        <w:t>Причём современные гостиницы всё чаще уходят от безликой международной роскоши. Они стараются рассказывать историю места: используют работы местных художников, характерные материалы, ремесленные предметы, цвета и орнаменты региона.</w:t>
      </w:r>
    </w:p>
    <w:p>
      <w:pPr>
        <w:keepNext w:val="0"/>
        <w:pageBreakBefore w:val="0"/>
        <w:spacing w:line="240" w:lineRule="auto" w:before="100" w:after="100"/>
        <w:jc w:val="left"/>
      </w:pPr>
      <w:r>
        <w:rPr>
          <w:rFonts w:ascii="Arial" w:hAnsi="Arial" w:eastAsia="Arial"/>
          <w:b w:val="0"/>
          <w:i w:val="0"/>
          <w:color w:val="000000"/>
          <w:sz w:val="24"/>
        </w:rPr>
        <w:t>Дом тоже становится интереснее, когда рассказывает историю своих хозяев. Поэтому лучший гостиничный интерьер дома — не тот, который похож на номер, а тот, в котором гостиничная продуманность соединена с личностью человека.</w:t>
      </w:r>
    </w:p>
    <w:p>
      <w:pPr>
        <w:keepNext w:val="0"/>
        <w:pageBreakBefore w:val="0"/>
        <w:spacing w:line="240" w:lineRule="auto" w:before="320" w:after="100"/>
        <w:jc w:val="left"/>
      </w:pPr>
      <w:r>
        <w:rPr>
          <w:rFonts w:ascii="Arial" w:hAnsi="Arial" w:eastAsia="Arial"/>
          <w:b/>
          <w:i w:val="0"/>
          <w:color w:val="7030A0"/>
          <w:sz w:val="24"/>
        </w:rPr>
        <w:t>МУЗЫКАЛЬНАЯ ПАУЗА № 4</w:t>
      </w:r>
    </w:p>
    <w:p>
      <w:pPr>
        <w:keepNext w:val="0"/>
        <w:pageBreakBefore w:val="0"/>
        <w:spacing w:line="240" w:lineRule="auto" w:before="100" w:after="100"/>
        <w:jc w:val="left"/>
      </w:pPr>
      <w:r>
        <w:rPr>
          <w:rFonts w:ascii="Arial" w:hAnsi="Arial" w:eastAsia="Arial"/>
          <w:b w:val="0"/>
          <w:i w:val="0"/>
          <w:color w:val="7030A0"/>
          <w:sz w:val="24"/>
        </w:rPr>
        <w:t>Лариса Долина — «Погода в доме»</w:t>
      </w:r>
    </w:p>
    <w:p>
      <w:pPr>
        <w:keepNext w:val="0"/>
        <w:pageBreakBefore w:val="0"/>
        <w:spacing w:line="240" w:lineRule="auto" w:before="100" w:after="100"/>
        <w:jc w:val="left"/>
      </w:pPr>
      <w:r>
        <w:rPr>
          <w:rFonts w:ascii="Arial" w:hAnsi="Arial" w:eastAsia="Arial"/>
          <w:b w:val="0"/>
          <w:i w:val="0"/>
          <w:color w:val="7030A0"/>
          <w:sz w:val="24"/>
        </w:rPr>
        <w:t>После разговора о гостиничных приёмах во всём доме — песня о самом главном ощущении, которое этот дом создаёт.</w:t>
      </w:r>
    </w:p>
    <w:p>
      <w:pPr>
        <w:keepNext w:val="0"/>
        <w:pageBreakBefore w:val="0"/>
        <w:spacing w:line="240" w:lineRule="auto" w:before="100" w:after="100"/>
        <w:jc w:val="left"/>
      </w:pPr>
      <w:r>
        <w:rPr>
          <w:rFonts w:ascii="Arial" w:hAnsi="Arial" w:eastAsia="Arial"/>
          <w:b/>
          <w:i w:val="0"/>
          <w:color w:val="0070C0"/>
          <w:sz w:val="24"/>
        </w:rPr>
        <w:t>ВОПРОСЫ СЛУШАТЕЛЕЙ</w:t>
      </w:r>
    </w:p>
    <w:p>
      <w:pPr>
        <w:keepNext w:val="0"/>
        <w:pageBreakBefore w:val="0"/>
        <w:spacing w:line="240" w:lineRule="auto" w:before="100" w:after="100"/>
        <w:jc w:val="left"/>
      </w:pPr>
      <w:r>
        <w:rPr>
          <w:rFonts w:ascii="Arial" w:hAnsi="Arial" w:eastAsia="Arial"/>
          <w:b w:val="0"/>
          <w:i w:val="0"/>
          <w:color w:val="0070C0"/>
          <w:sz w:val="24"/>
        </w:rPr>
        <w:t>1. Можно ли создать ощущение гостиничного лобби в совсем маленькой прихожей?</w:t>
      </w:r>
    </w:p>
    <w:p>
      <w:pPr>
        <w:keepNext w:val="0"/>
        <w:pageBreakBefore w:val="0"/>
        <w:spacing w:line="240" w:lineRule="auto" w:before="100" w:after="100"/>
        <w:jc w:val="left"/>
      </w:pPr>
      <w:r>
        <w:rPr>
          <w:rFonts w:ascii="Arial" w:hAnsi="Arial" w:eastAsia="Arial"/>
          <w:b w:val="0"/>
          <w:i w:val="0"/>
          <w:color w:val="0070C0"/>
          <w:sz w:val="24"/>
        </w:rPr>
        <w:t>2. Как организовать кофейную зону, чтобы она выглядела аккуратно, а не превращалась в скопление банок и чашек?</w:t>
      </w:r>
    </w:p>
    <w:p>
      <w:pPr>
        <w:keepNext w:val="0"/>
        <w:pageBreakBefore w:val="0"/>
        <w:spacing w:line="240" w:lineRule="auto" w:before="100" w:after="100"/>
        <w:jc w:val="left"/>
      </w:pPr>
      <w:r>
        <w:rPr>
          <w:rFonts w:ascii="Arial" w:hAnsi="Arial" w:eastAsia="Arial"/>
          <w:b w:val="0"/>
          <w:i w:val="0"/>
          <w:color w:val="0070C0"/>
          <w:sz w:val="24"/>
        </w:rPr>
        <w:t>3. Какие гостиничные приёмы можно использовать в ванной площадью четыре квадратных метра?</w:t>
      </w:r>
    </w:p>
    <w:p>
      <w:pPr>
        <w:keepNext w:val="0"/>
        <w:pageBreakBefore w:val="0"/>
        <w:spacing w:line="240" w:lineRule="auto" w:before="100" w:after="100"/>
        <w:jc w:val="left"/>
      </w:pPr>
      <w:r>
        <w:rPr>
          <w:rFonts w:ascii="Arial" w:hAnsi="Arial" w:eastAsia="Arial"/>
          <w:b w:val="0"/>
          <w:i w:val="0"/>
          <w:color w:val="0070C0"/>
          <w:sz w:val="24"/>
        </w:rPr>
        <w:t>4. Подходит ли гостиная с несколькими отдельными зонами семье с маленькими детьми?</w:t>
      </w:r>
    </w:p>
    <w:p>
      <w:pPr>
        <w:keepNext w:val="0"/>
        <w:pageBreakBefore w:val="0"/>
        <w:spacing w:line="240" w:lineRule="auto" w:before="100" w:after="100"/>
        <w:jc w:val="left"/>
      </w:pPr>
      <w:r>
        <w:rPr>
          <w:rFonts w:ascii="Arial" w:hAnsi="Arial" w:eastAsia="Arial"/>
          <w:b w:val="0"/>
          <w:i w:val="0"/>
          <w:color w:val="0070C0"/>
          <w:sz w:val="24"/>
        </w:rPr>
        <w:t>5. Стоит ли использовать дома интерьерные ароматы, если у членов семьи разное восприятие запахов?</w:t>
      </w:r>
    </w:p>
    <w:p>
      <w:pPr>
        <w:keepNext w:val="0"/>
        <w:pageBreakBefore w:val="0"/>
        <w:spacing w:line="240" w:lineRule="auto" w:before="100" w:after="100"/>
        <w:jc w:val="left"/>
      </w:pPr>
      <w:r>
        <w:rPr>
          <w:rFonts w:ascii="Arial" w:hAnsi="Arial" w:eastAsia="Arial"/>
          <w:b w:val="0"/>
          <w:i w:val="0"/>
          <w:color w:val="0070C0"/>
          <w:sz w:val="24"/>
        </w:rPr>
        <w:t>6. Вопрос от начинающего дизайнера: как создать многослойное гостиничное освещение при ограниченном бюджете?</w:t>
      </w:r>
    </w:p>
    <w:p>
      <w:pPr>
        <w:keepNext/>
        <w:pageBreakBefore w:val="0"/>
        <w:spacing w:line="240" w:lineRule="auto" w:before="320" w:after="100"/>
        <w:jc w:val="left"/>
      </w:pPr>
      <w:r>
        <w:rPr>
          <w:rFonts w:ascii="Arial" w:hAnsi="Arial" w:eastAsia="Arial"/>
          <w:b w:val="0"/>
          <w:i w:val="0"/>
          <w:color w:val="FF0000"/>
          <w:sz w:val="24"/>
        </w:rPr>
        <w:t>И с вами SMOOTH.LIFE.STYLE, передача «Вокруг дизайна» с Полиной Чаплановой.</w:t>
      </w:r>
    </w:p>
    <w:p>
      <w:pPr>
        <w:keepNext w:val="0"/>
        <w:pageBreakBefore w:val="0"/>
        <w:spacing w:line="240" w:lineRule="auto" w:before="100" w:after="100"/>
        <w:jc w:val="left"/>
      </w:pPr>
      <w:r>
        <w:rPr>
          <w:rFonts w:ascii="Arial" w:hAnsi="Arial" w:eastAsia="Arial"/>
          <w:b w:val="0"/>
          <w:i w:val="0"/>
          <w:color w:val="FF0000"/>
          <w:sz w:val="24"/>
        </w:rPr>
        <w:t>И напоминаю, что наша тема «Жить как в отеле: почему гостиничный дизайн приходит в наши дома».</w:t>
      </w:r>
    </w:p>
    <w:p>
      <w:pPr>
        <w:keepNext w:val="0"/>
        <w:pageBreakBefore w:val="0"/>
        <w:spacing w:line="240" w:lineRule="auto" w:before="100" w:after="100"/>
        <w:jc w:val="left"/>
      </w:pPr>
      <w:r>
        <w:rPr>
          <w:rFonts w:ascii="Arial" w:hAnsi="Arial" w:eastAsia="Arial"/>
          <w:b/>
          <w:i w:val="0"/>
          <w:color w:val="000000"/>
          <w:sz w:val="26"/>
        </w:rPr>
        <w:t>БЛОК 5. ПОЧЕМУ НЕЛЬЗЯ ПРОСТО СКОПИРОВАТЬ ГОСТИНИЧНЫЙ НОМЕР</w:t>
      </w:r>
    </w:p>
    <w:p>
      <w:pPr>
        <w:keepNext w:val="0"/>
        <w:pageBreakBefore w:val="0"/>
        <w:spacing w:line="240" w:lineRule="auto" w:before="100" w:after="100"/>
        <w:jc w:val="left"/>
      </w:pPr>
      <w:r>
        <w:rPr>
          <w:rFonts w:ascii="Arial" w:hAnsi="Arial" w:eastAsia="Arial"/>
          <w:b w:val="0"/>
          <w:i w:val="0"/>
          <w:color w:val="000000"/>
          <w:sz w:val="24"/>
        </w:rPr>
        <w:t>Мы уже обсудили гостиничную спальню и поговорили о том, как гостиничные приёмы появляются в прихожих, гостиных и ванных комнатах.</w:t>
      </w:r>
    </w:p>
    <w:p>
      <w:pPr>
        <w:keepNext w:val="0"/>
        <w:pageBreakBefore w:val="0"/>
        <w:spacing w:line="240" w:lineRule="auto" w:before="100" w:after="100"/>
        <w:jc w:val="left"/>
      </w:pPr>
      <w:r>
        <w:rPr>
          <w:rFonts w:ascii="Arial" w:hAnsi="Arial" w:eastAsia="Arial"/>
          <w:b w:val="0"/>
          <w:i w:val="0"/>
          <w:color w:val="000000"/>
          <w:sz w:val="24"/>
        </w:rPr>
        <w:t>А сейчас я предлагаю разобраться, почему нельзя просто найти фотографию красивого номера и повторить его дома.</w:t>
      </w:r>
    </w:p>
    <w:p>
      <w:pPr>
        <w:keepNext w:val="0"/>
        <w:pageBreakBefore w:val="0"/>
        <w:spacing w:line="240" w:lineRule="auto" w:before="100" w:after="100"/>
        <w:jc w:val="left"/>
      </w:pPr>
      <w:r>
        <w:rPr>
          <w:rFonts w:ascii="Arial" w:hAnsi="Arial" w:eastAsia="Arial"/>
          <w:b w:val="0"/>
          <w:i w:val="0"/>
          <w:color w:val="000000"/>
          <w:sz w:val="24"/>
        </w:rPr>
        <w:t>Главное различие очень простое: гостиница предназначена для временной жизни, а дом — для постоянной.</w:t>
      </w:r>
    </w:p>
    <w:p>
      <w:pPr>
        <w:keepNext w:val="0"/>
        <w:pageBreakBefore w:val="0"/>
        <w:spacing w:line="240" w:lineRule="auto" w:before="100" w:after="100"/>
        <w:jc w:val="left"/>
      </w:pPr>
      <w:r>
        <w:rPr>
          <w:rFonts w:ascii="Arial" w:hAnsi="Arial" w:eastAsia="Arial"/>
          <w:b w:val="0"/>
          <w:i w:val="0"/>
          <w:color w:val="000000"/>
          <w:sz w:val="24"/>
        </w:rPr>
        <w:t>В гостиничный номер мы приезжаем с одним или двумя чемоданами. Нам не нужно хранить там зимнюю одежду, пылесос, гладильную доску, документы, семейный архив, детские игрушки и запас бытовой химии.</w:t>
      </w:r>
    </w:p>
    <w:p>
      <w:pPr>
        <w:keepNext w:val="0"/>
        <w:pageBreakBefore w:val="0"/>
        <w:spacing w:line="240" w:lineRule="auto" w:before="100" w:after="100"/>
        <w:jc w:val="left"/>
      </w:pPr>
      <w:r>
        <w:rPr>
          <w:rFonts w:ascii="Arial" w:hAnsi="Arial" w:eastAsia="Arial"/>
          <w:b w:val="0"/>
          <w:i w:val="0"/>
          <w:color w:val="000000"/>
          <w:sz w:val="24"/>
        </w:rPr>
        <w:t>Поэтому первое, что обычно не выдерживает буквального копирования, — это хранение.</w:t>
      </w:r>
    </w:p>
    <w:p>
      <w:pPr>
        <w:keepNext w:val="0"/>
        <w:pageBreakBefore w:val="0"/>
        <w:spacing w:line="240" w:lineRule="auto" w:before="100" w:after="100"/>
        <w:jc w:val="left"/>
      </w:pPr>
      <w:r>
        <w:rPr>
          <w:rFonts w:ascii="Arial" w:hAnsi="Arial" w:eastAsia="Arial"/>
          <w:b w:val="0"/>
          <w:i w:val="0"/>
          <w:color w:val="000000"/>
          <w:sz w:val="24"/>
        </w:rPr>
        <w:t>В гостиничном номере может быть небольшой шкаф с десятком вешалок, и на несколько дней этого вполне достаточно. Дома такой шкаф превратится в постоянный источник беспорядка.</w:t>
      </w:r>
    </w:p>
    <w:p>
      <w:pPr>
        <w:keepNext w:val="0"/>
        <w:pageBreakBefore w:val="0"/>
        <w:spacing w:line="240" w:lineRule="auto" w:before="100" w:after="100"/>
        <w:jc w:val="left"/>
      </w:pPr>
      <w:r>
        <w:rPr>
          <w:rFonts w:ascii="Arial" w:hAnsi="Arial" w:eastAsia="Arial"/>
          <w:b w:val="0"/>
          <w:i w:val="0"/>
          <w:color w:val="000000"/>
          <w:sz w:val="24"/>
        </w:rPr>
        <w:t>Вторая ловушка — эффектная, но не всегда удобная ванная.</w:t>
      </w:r>
    </w:p>
    <w:p>
      <w:pPr>
        <w:keepNext w:val="0"/>
        <w:pageBreakBefore w:val="0"/>
        <w:spacing w:line="240" w:lineRule="auto" w:before="100" w:after="100"/>
        <w:jc w:val="left"/>
      </w:pPr>
      <w:r>
        <w:rPr>
          <w:rFonts w:ascii="Arial" w:hAnsi="Arial" w:eastAsia="Arial"/>
          <w:b w:val="0"/>
          <w:i w:val="0"/>
          <w:color w:val="000000"/>
          <w:sz w:val="24"/>
        </w:rPr>
        <w:t>В отелях встречаются стеклянные перегородки между спальней и ванной, открытые умывальники, двери, которые не обеспечивают нормальной звукоизоляции, или очень красивые, но практически прозрачные душевые.</w:t>
      </w:r>
    </w:p>
    <w:p>
      <w:pPr>
        <w:keepNext w:val="0"/>
        <w:pageBreakBefore w:val="0"/>
        <w:spacing w:line="240" w:lineRule="auto" w:before="100" w:after="100"/>
        <w:jc w:val="left"/>
      </w:pPr>
      <w:r>
        <w:rPr>
          <w:rFonts w:ascii="Arial" w:hAnsi="Arial" w:eastAsia="Arial"/>
          <w:b w:val="0"/>
          <w:i w:val="0"/>
          <w:color w:val="000000"/>
          <w:sz w:val="24"/>
        </w:rPr>
        <w:t>На фотографии это может выглядеть необычно. Но дома люди живут годами, у них разные режимы, разные представления о личных границах. То, что кажется романтичным во время короткой поездки, в повседневной жизни может оказаться совершенно неудобным.</w:t>
      </w:r>
    </w:p>
    <w:p>
      <w:pPr>
        <w:keepNext w:val="0"/>
        <w:pageBreakBefore w:val="0"/>
        <w:spacing w:line="240" w:lineRule="auto" w:before="100" w:after="100"/>
        <w:jc w:val="left"/>
      </w:pPr>
      <w:r>
        <w:rPr>
          <w:rFonts w:ascii="Arial" w:hAnsi="Arial" w:eastAsia="Arial"/>
          <w:b w:val="0"/>
          <w:i w:val="0"/>
          <w:color w:val="000000"/>
          <w:sz w:val="24"/>
        </w:rPr>
        <w:t>Третья проблема — недостаток света.</w:t>
      </w:r>
    </w:p>
    <w:p>
      <w:pPr>
        <w:keepNext w:val="0"/>
        <w:pageBreakBefore w:val="0"/>
        <w:spacing w:line="240" w:lineRule="auto" w:before="100" w:after="100"/>
        <w:jc w:val="left"/>
      </w:pPr>
      <w:r>
        <w:rPr>
          <w:rFonts w:ascii="Arial" w:hAnsi="Arial" w:eastAsia="Arial"/>
          <w:b w:val="0"/>
          <w:i w:val="0"/>
          <w:color w:val="000000"/>
          <w:sz w:val="24"/>
        </w:rPr>
        <w:t>В гостиницах довольно часто делают атмосферное освещение: подсвечивают изголовье, ставят красивые бра и настольные лампы. Номер выглядит эффектно, особенно вечером. Но потом человек пытается найти что-нибудь в чемодане, сделать макияж или поработать — и выясняется, что нормального света нет.</w:t>
      </w:r>
    </w:p>
    <w:p>
      <w:pPr>
        <w:keepNext w:val="0"/>
        <w:pageBreakBefore w:val="0"/>
        <w:spacing w:line="240" w:lineRule="auto" w:before="100" w:after="100"/>
        <w:jc w:val="left"/>
      </w:pPr>
      <w:r>
        <w:rPr>
          <w:rFonts w:ascii="Arial" w:hAnsi="Arial" w:eastAsia="Arial"/>
          <w:b w:val="0"/>
          <w:i w:val="0"/>
          <w:color w:val="000000"/>
          <w:sz w:val="24"/>
        </w:rPr>
        <w:t>Иногда выключатели расположены непонятно. Иногда часть светильников включается только у входа. Иногда возле кровати есть розетка с одной стороны, а с другой её забыли предусмотреть.</w:t>
      </w:r>
    </w:p>
    <w:p>
      <w:pPr>
        <w:keepNext w:val="0"/>
        <w:pageBreakBefore w:val="0"/>
        <w:spacing w:line="240" w:lineRule="auto" w:before="100" w:after="100"/>
        <w:jc w:val="left"/>
      </w:pPr>
      <w:r>
        <w:rPr>
          <w:rFonts w:ascii="Arial" w:hAnsi="Arial" w:eastAsia="Arial"/>
          <w:b w:val="0"/>
          <w:i w:val="0"/>
          <w:color w:val="000000"/>
          <w:sz w:val="24"/>
        </w:rPr>
        <w:t>И вот здесь дизайнер, приезжая в отель, начинает не только отдыхать, но и проводить профессиональный аудит: здесь хорошо решили свет, а здесь явно не додумали; здесь удобно, а здесь сэкономили; этот приём можно забрать в жилой интерьер, а этот лучше оставить в гостинице.</w:t>
      </w:r>
    </w:p>
    <w:p>
      <w:pPr>
        <w:keepNext w:val="0"/>
        <w:pageBreakBefore w:val="0"/>
        <w:spacing w:line="240" w:lineRule="auto" w:before="100" w:after="100"/>
        <w:jc w:val="left"/>
      </w:pPr>
      <w:r>
        <w:rPr>
          <w:rFonts w:ascii="Arial" w:hAnsi="Arial" w:eastAsia="Arial"/>
          <w:b w:val="0"/>
          <w:i w:val="0"/>
          <w:color w:val="000000"/>
          <w:sz w:val="24"/>
        </w:rPr>
        <w:t>Ещё одна ловушка — сложность ухода.</w:t>
      </w:r>
    </w:p>
    <w:p>
      <w:pPr>
        <w:keepNext w:val="0"/>
        <w:pageBreakBefore w:val="0"/>
        <w:spacing w:line="240" w:lineRule="auto" w:before="100" w:after="100"/>
        <w:jc w:val="left"/>
      </w:pPr>
      <w:r>
        <w:rPr>
          <w:rFonts w:ascii="Arial" w:hAnsi="Arial" w:eastAsia="Arial"/>
          <w:b w:val="0"/>
          <w:i w:val="0"/>
          <w:color w:val="000000"/>
          <w:sz w:val="24"/>
        </w:rPr>
        <w:t>В номере могут прекрасно выглядеть глянцевые поверхности, декоративные панели, большое количество текстиля или открытая ванная. Но нужно помнить, что в отеле за этим интерьером стоит ежедневная работа персонала.</w:t>
      </w:r>
    </w:p>
    <w:p>
      <w:pPr>
        <w:keepNext w:val="0"/>
        <w:pageBreakBefore w:val="0"/>
        <w:spacing w:line="240" w:lineRule="auto" w:before="100" w:after="100"/>
        <w:jc w:val="left"/>
      </w:pPr>
      <w:r>
        <w:rPr>
          <w:rFonts w:ascii="Arial" w:hAnsi="Arial" w:eastAsia="Arial"/>
          <w:b w:val="0"/>
          <w:i w:val="0"/>
          <w:color w:val="000000"/>
          <w:sz w:val="24"/>
        </w:rPr>
        <w:t>Дома всё это придётся поддерживать самостоятельно. Поэтому прежде чем переносить гостиничный приём в квартиру, стоит спросить себя: кто и как будет это мыть, чистить, менять и ремонтировать?</w:t>
      </w:r>
    </w:p>
    <w:p>
      <w:pPr>
        <w:keepNext w:val="0"/>
        <w:pageBreakBefore w:val="0"/>
        <w:spacing w:line="240" w:lineRule="auto" w:before="100" w:after="100"/>
        <w:jc w:val="left"/>
      </w:pPr>
      <w:r>
        <w:rPr>
          <w:rFonts w:ascii="Arial" w:hAnsi="Arial" w:eastAsia="Arial"/>
          <w:b w:val="0"/>
          <w:i w:val="0"/>
          <w:color w:val="000000"/>
          <w:sz w:val="24"/>
        </w:rPr>
        <w:t>Есть и другая крайность — излишняя нейтральность.</w:t>
      </w:r>
    </w:p>
    <w:p>
      <w:pPr>
        <w:keepNext w:val="0"/>
        <w:pageBreakBefore w:val="0"/>
        <w:spacing w:line="240" w:lineRule="auto" w:before="100" w:after="100"/>
        <w:jc w:val="left"/>
      </w:pPr>
      <w:r>
        <w:rPr>
          <w:rFonts w:ascii="Arial" w:hAnsi="Arial" w:eastAsia="Arial"/>
          <w:b w:val="0"/>
          <w:i w:val="0"/>
          <w:color w:val="000000"/>
          <w:sz w:val="24"/>
        </w:rPr>
        <w:t>Гостиница должна понравиться очень разным людям. Поэтому интерьер часто делают максимально универсальным. В нём нет ничего раздражающего, но иногда нет и ничего личного.</w:t>
      </w:r>
    </w:p>
    <w:p>
      <w:pPr>
        <w:keepNext w:val="0"/>
        <w:pageBreakBefore w:val="0"/>
        <w:spacing w:line="240" w:lineRule="auto" w:before="100" w:after="100"/>
        <w:jc w:val="left"/>
      </w:pPr>
      <w:r>
        <w:rPr>
          <w:rFonts w:ascii="Arial" w:hAnsi="Arial" w:eastAsia="Arial"/>
          <w:b w:val="0"/>
          <w:i w:val="0"/>
          <w:color w:val="000000"/>
          <w:sz w:val="24"/>
        </w:rPr>
        <w:t>Для дома этого недостаточно. Мы не должны каждое утро чувствовать себя постояльцами собственного номера.</w:t>
      </w:r>
    </w:p>
    <w:p>
      <w:pPr>
        <w:keepNext w:val="0"/>
        <w:pageBreakBefore w:val="0"/>
        <w:spacing w:line="240" w:lineRule="auto" w:before="100" w:after="100"/>
        <w:jc w:val="left"/>
      </w:pPr>
      <w:r>
        <w:rPr>
          <w:rFonts w:ascii="Arial" w:hAnsi="Arial" w:eastAsia="Arial"/>
          <w:b w:val="0"/>
          <w:i w:val="0"/>
          <w:color w:val="000000"/>
          <w:sz w:val="24"/>
        </w:rPr>
        <w:t>Дома нужны книги, фотографии, предметы искусства, вещи, привезённые из путешествий, следы семейной истории. Не обязательно выставлять всё сразу, но интерьеру важно иметь собственный голос.</w:t>
      </w:r>
    </w:p>
    <w:p>
      <w:pPr>
        <w:keepNext w:val="0"/>
        <w:pageBreakBefore w:val="0"/>
        <w:spacing w:line="240" w:lineRule="auto" w:before="100" w:after="100"/>
        <w:jc w:val="left"/>
      </w:pPr>
      <w:r>
        <w:rPr>
          <w:rFonts w:ascii="Arial" w:hAnsi="Arial" w:eastAsia="Arial"/>
          <w:b w:val="0"/>
          <w:i w:val="0"/>
          <w:color w:val="000000"/>
          <w:sz w:val="24"/>
        </w:rPr>
        <w:t>Поэтому я бы предложила заимствовать у отелей не готовую картинку, а принцип.</w:t>
      </w:r>
    </w:p>
    <w:p>
      <w:pPr>
        <w:keepNext w:val="0"/>
        <w:pageBreakBefore w:val="0"/>
        <w:spacing w:line="240" w:lineRule="auto" w:before="100" w:after="100"/>
        <w:jc w:val="left"/>
      </w:pPr>
      <w:r>
        <w:rPr>
          <w:rFonts w:ascii="Arial" w:hAnsi="Arial" w:eastAsia="Arial"/>
          <w:b w:val="0"/>
          <w:i w:val="0"/>
          <w:color w:val="000000"/>
          <w:sz w:val="24"/>
        </w:rPr>
        <w:t>Не копировать конкретное изголовье, а понять, почему рядом с кроватью удобно читать. Не покупать гостиничный столик, а продумать, куда вы поставите телефон и очки. Не делать ванную по фотографии, а разобраться, какие действия вы совершаете в ней каждое утро.</w:t>
      </w:r>
    </w:p>
    <w:p>
      <w:pPr>
        <w:keepNext w:val="0"/>
        <w:pageBreakBefore w:val="0"/>
        <w:spacing w:line="240" w:lineRule="auto" w:before="100" w:after="100"/>
        <w:jc w:val="left"/>
      </w:pPr>
      <w:r>
        <w:rPr>
          <w:rFonts w:ascii="Arial" w:hAnsi="Arial" w:eastAsia="Arial"/>
          <w:b w:val="0"/>
          <w:i w:val="0"/>
          <w:color w:val="000000"/>
          <w:sz w:val="24"/>
        </w:rPr>
        <w:t>Хороший домашний интерьер может обладать гостиничной собранностью и комфортом, но при этом оставаться живым, личным и рассчитанным именно на своих хозяев.</w:t>
      </w:r>
    </w:p>
    <w:p>
      <w:pPr>
        <w:keepNext w:val="0"/>
        <w:pageBreakBefore w:val="0"/>
        <w:spacing w:line="240" w:lineRule="auto" w:before="320" w:after="100"/>
        <w:jc w:val="left"/>
      </w:pPr>
      <w:r>
        <w:rPr>
          <w:rFonts w:ascii="Arial" w:hAnsi="Arial" w:eastAsia="Arial"/>
          <w:b/>
          <w:i w:val="0"/>
          <w:color w:val="7030A0"/>
          <w:sz w:val="24"/>
        </w:rPr>
        <w:t>МУЗЫКАЛЬНАЯ ПАУЗА № 5</w:t>
      </w:r>
    </w:p>
    <w:p>
      <w:pPr>
        <w:keepNext w:val="0"/>
        <w:pageBreakBefore w:val="0"/>
        <w:spacing w:line="240" w:lineRule="auto" w:before="100" w:after="100"/>
        <w:jc w:val="left"/>
      </w:pPr>
      <w:r>
        <w:rPr>
          <w:rFonts w:ascii="Arial" w:hAnsi="Arial" w:eastAsia="Arial"/>
          <w:b w:val="0"/>
          <w:i w:val="0"/>
          <w:color w:val="7030A0"/>
          <w:sz w:val="24"/>
        </w:rPr>
        <w:t>Анжелика Варум — «Городок»</w:t>
      </w:r>
    </w:p>
    <w:p>
      <w:pPr>
        <w:keepNext w:val="0"/>
        <w:pageBreakBefore w:val="0"/>
        <w:spacing w:line="240" w:lineRule="auto" w:before="100" w:after="100"/>
        <w:jc w:val="left"/>
      </w:pPr>
      <w:r>
        <w:rPr>
          <w:rFonts w:ascii="Arial" w:hAnsi="Arial" w:eastAsia="Arial"/>
          <w:b w:val="0"/>
          <w:i w:val="0"/>
          <w:color w:val="7030A0"/>
          <w:sz w:val="24"/>
        </w:rPr>
        <w:t>Песня о месте, которое дорого не универсальной красотой, а личными воспоминаниями и ощущением своего дома.</w:t>
      </w:r>
    </w:p>
    <w:p>
      <w:pPr>
        <w:keepNext w:val="0"/>
        <w:pageBreakBefore w:val="0"/>
        <w:spacing w:line="240" w:lineRule="auto" w:before="100" w:after="100"/>
        <w:jc w:val="left"/>
      </w:pPr>
      <w:r>
        <w:rPr>
          <w:rFonts w:ascii="Arial" w:hAnsi="Arial" w:eastAsia="Arial"/>
          <w:b/>
          <w:i w:val="0"/>
          <w:color w:val="0070C0"/>
          <w:sz w:val="24"/>
        </w:rPr>
        <w:t>ВОПРОСЫ СЛУШАТЕЛЕЙ</w:t>
      </w:r>
    </w:p>
    <w:p>
      <w:pPr>
        <w:keepNext w:val="0"/>
        <w:pageBreakBefore w:val="0"/>
        <w:spacing w:line="240" w:lineRule="auto" w:before="100" w:after="100"/>
        <w:jc w:val="left"/>
      </w:pPr>
      <w:r>
        <w:rPr>
          <w:rFonts w:ascii="Arial" w:hAnsi="Arial" w:eastAsia="Arial"/>
          <w:b w:val="0"/>
          <w:i w:val="0"/>
          <w:color w:val="0070C0"/>
          <w:sz w:val="24"/>
        </w:rPr>
        <w:t>1. Стоит ли делать дома стеклянную перегородку между ванной и спальней?</w:t>
      </w:r>
    </w:p>
    <w:p>
      <w:pPr>
        <w:keepNext w:val="0"/>
        <w:pageBreakBefore w:val="0"/>
        <w:spacing w:line="240" w:lineRule="auto" w:before="100" w:after="100"/>
        <w:jc w:val="left"/>
      </w:pPr>
      <w:r>
        <w:rPr>
          <w:rFonts w:ascii="Arial" w:hAnsi="Arial" w:eastAsia="Arial"/>
          <w:b w:val="0"/>
          <w:i w:val="0"/>
          <w:color w:val="0070C0"/>
          <w:sz w:val="24"/>
        </w:rPr>
        <w:t>2. Как понять, что в красивом тёмном интерьере будет недостаточно света?</w:t>
      </w:r>
    </w:p>
    <w:p>
      <w:pPr>
        <w:keepNext w:val="0"/>
        <w:pageBreakBefore w:val="0"/>
        <w:spacing w:line="240" w:lineRule="auto" w:before="100" w:after="100"/>
        <w:jc w:val="left"/>
      </w:pPr>
      <w:r>
        <w:rPr>
          <w:rFonts w:ascii="Arial" w:hAnsi="Arial" w:eastAsia="Arial"/>
          <w:b w:val="0"/>
          <w:i w:val="0"/>
          <w:color w:val="0070C0"/>
          <w:sz w:val="24"/>
        </w:rPr>
        <w:t>3. Практичны ли плотные гостиничные шторы и многослойный текстиль в обычной квартире?</w:t>
      </w:r>
    </w:p>
    <w:p>
      <w:pPr>
        <w:keepNext w:val="0"/>
        <w:pageBreakBefore w:val="0"/>
        <w:spacing w:line="240" w:lineRule="auto" w:before="100" w:after="100"/>
        <w:jc w:val="left"/>
      </w:pPr>
      <w:r>
        <w:rPr>
          <w:rFonts w:ascii="Arial" w:hAnsi="Arial" w:eastAsia="Arial"/>
          <w:b w:val="0"/>
          <w:i w:val="0"/>
          <w:color w:val="0070C0"/>
          <w:sz w:val="24"/>
        </w:rPr>
        <w:t>4. Можно ли использовать латунь и глянцевые поверхности так, чтобы интерьер не требовал постоянной уборки?</w:t>
      </w:r>
    </w:p>
    <w:p>
      <w:pPr>
        <w:keepNext w:val="0"/>
        <w:pageBreakBefore w:val="0"/>
        <w:spacing w:line="240" w:lineRule="auto" w:before="100" w:after="100"/>
        <w:jc w:val="left"/>
      </w:pPr>
      <w:r>
        <w:rPr>
          <w:rFonts w:ascii="Arial" w:hAnsi="Arial" w:eastAsia="Arial"/>
          <w:b w:val="0"/>
          <w:i w:val="0"/>
          <w:color w:val="0070C0"/>
          <w:sz w:val="24"/>
        </w:rPr>
        <w:t>5. Какие гостиничные решения лучше сразу исключить, если в доме живут дети или животные?</w:t>
      </w:r>
    </w:p>
    <w:p>
      <w:pPr>
        <w:keepNext w:val="0"/>
        <w:pageBreakBefore w:val="0"/>
        <w:spacing w:line="240" w:lineRule="auto" w:before="100" w:after="100"/>
        <w:jc w:val="left"/>
      </w:pPr>
      <w:r>
        <w:rPr>
          <w:rFonts w:ascii="Arial" w:hAnsi="Arial" w:eastAsia="Arial"/>
          <w:b w:val="0"/>
          <w:i w:val="0"/>
          <w:color w:val="0070C0"/>
          <w:sz w:val="24"/>
        </w:rPr>
        <w:t>6. Вопрос от начинающего дизайнера: как отличить настоящую дизайнерскую ошибку в отеле от компромисса, связанного с бюджетом и эксплуатацией?</w:t>
      </w:r>
    </w:p>
    <w:p>
      <w:pPr>
        <w:keepNext/>
        <w:pageBreakBefore w:val="0"/>
        <w:spacing w:line="240" w:lineRule="auto" w:before="320" w:after="100"/>
        <w:jc w:val="left"/>
      </w:pPr>
      <w:r>
        <w:rPr>
          <w:rFonts w:ascii="Arial" w:hAnsi="Arial" w:eastAsia="Arial"/>
          <w:b w:val="0"/>
          <w:i w:val="0"/>
          <w:color w:val="FF0000"/>
          <w:sz w:val="24"/>
        </w:rPr>
        <w:t>Возвращаемся, и с вами SMOOTH.LIFE.STYLE, передача «Вокруг дизайна» с Полиной Чаплановой и наша постоянная рубрика «Исторический факт».</w:t>
      </w:r>
    </w:p>
    <w:p>
      <w:pPr>
        <w:keepNext w:val="0"/>
        <w:pageBreakBefore w:val="0"/>
        <w:spacing w:line="240" w:lineRule="auto" w:before="100" w:after="100"/>
        <w:jc w:val="left"/>
      </w:pPr>
      <w:r>
        <w:rPr>
          <w:rFonts w:ascii="Arial" w:hAnsi="Arial" w:eastAsia="Arial"/>
          <w:b w:val="0"/>
          <w:i w:val="0"/>
          <w:color w:val="FF0000"/>
          <w:sz w:val="24"/>
        </w:rPr>
        <w:t>И напоминаю, что наша тема «Жить как в отеле: почему гостиничный дизайн приходит в наши дома».</w:t>
      </w:r>
    </w:p>
    <w:p>
      <w:pPr>
        <w:keepNext w:val="0"/>
        <w:pageBreakBefore w:val="0"/>
        <w:spacing w:line="240" w:lineRule="auto" w:before="100" w:after="100"/>
        <w:jc w:val="left"/>
      </w:pPr>
      <w:r>
        <w:rPr>
          <w:rFonts w:ascii="Arial" w:hAnsi="Arial" w:eastAsia="Arial"/>
          <w:b/>
          <w:i w:val="0"/>
          <w:color w:val="000000"/>
          <w:sz w:val="26"/>
        </w:rPr>
        <w:t>БЛОК 6. ИСТОРИЧЕСКИЙ ФАКТ: КАК ОТЕЛИ УЧИЛИ НАС КОМФОРТУ</w:t>
      </w:r>
    </w:p>
    <w:p>
      <w:pPr>
        <w:keepNext w:val="0"/>
        <w:pageBreakBefore w:val="0"/>
        <w:spacing w:line="240" w:lineRule="auto" w:before="100" w:after="100"/>
        <w:jc w:val="left"/>
      </w:pPr>
      <w:r>
        <w:rPr>
          <w:rFonts w:ascii="Arial" w:hAnsi="Arial" w:eastAsia="Arial"/>
          <w:b w:val="0"/>
          <w:i w:val="0"/>
          <w:color w:val="000000"/>
          <w:sz w:val="24"/>
        </w:rPr>
        <w:t>Сегодня мы говорим о том, как гостиничный дизайн влияет на жилые интерьеры. Но интересно, что отели уже почти двести лет выступают своеобразными лабораториями бытового комфорта.</w:t>
      </w:r>
    </w:p>
    <w:p>
      <w:pPr>
        <w:keepNext w:val="0"/>
        <w:pageBreakBefore w:val="0"/>
        <w:spacing w:line="240" w:lineRule="auto" w:before="100" w:after="100"/>
        <w:jc w:val="left"/>
      </w:pPr>
      <w:r>
        <w:rPr>
          <w:rFonts w:ascii="Arial" w:hAnsi="Arial" w:eastAsia="Arial"/>
          <w:b w:val="0"/>
          <w:i w:val="0"/>
          <w:color w:val="000000"/>
          <w:sz w:val="24"/>
        </w:rPr>
        <w:t>И многие вещи, которые сегодня кажутся нам совершенно обычными, сначала становились нормой именно в гостиницах.</w:t>
      </w:r>
    </w:p>
    <w:p>
      <w:pPr>
        <w:keepNext w:val="0"/>
        <w:pageBreakBefore w:val="0"/>
        <w:spacing w:line="240" w:lineRule="auto" w:before="100" w:after="100"/>
        <w:jc w:val="left"/>
      </w:pPr>
      <w:r>
        <w:rPr>
          <w:rFonts w:ascii="Arial" w:hAnsi="Arial" w:eastAsia="Arial"/>
          <w:b w:val="0"/>
          <w:i w:val="0"/>
          <w:color w:val="000000"/>
          <w:sz w:val="24"/>
        </w:rPr>
        <w:t>Первый факт переносит нас в Бостон, в 1829 год.</w:t>
      </w:r>
    </w:p>
    <w:p>
      <w:pPr>
        <w:keepNext w:val="0"/>
        <w:pageBreakBefore w:val="0"/>
        <w:spacing w:line="240" w:lineRule="auto" w:before="100" w:after="100"/>
        <w:jc w:val="left"/>
      </w:pPr>
      <w:r>
        <w:rPr>
          <w:rFonts w:ascii="Arial" w:hAnsi="Arial" w:eastAsia="Arial"/>
          <w:b w:val="0"/>
          <w:i w:val="0"/>
          <w:color w:val="000000"/>
          <w:sz w:val="24"/>
        </w:rPr>
        <w:t>Там открылся отель Tremont House, который нередко называют одним из первых современных отелей Америки. В нём появились закрывающиеся номера, стойка регистрации, система вызова персонала, бесплатное мыло для гостей и внутренняя система водоснабжения.</w:t>
      </w:r>
    </w:p>
    <w:p>
      <w:pPr>
        <w:keepNext w:val="0"/>
        <w:pageBreakBefore w:val="0"/>
        <w:spacing w:line="240" w:lineRule="auto" w:before="100" w:after="100"/>
        <w:jc w:val="left"/>
      </w:pPr>
      <w:r>
        <w:rPr>
          <w:rFonts w:ascii="Arial" w:hAnsi="Arial" w:eastAsia="Arial"/>
          <w:b w:val="0"/>
          <w:i w:val="0"/>
          <w:color w:val="000000"/>
          <w:sz w:val="24"/>
        </w:rPr>
        <w:t>Конечно, это ещё не означало, что в каждом номере была собственная ванная. Ванные располагались отдельно. Но сама идея заключалась в том, что путешественнику предоставляли не просто место для ночлега, а организованный и безопасный бытовой сценарий.</w:t>
      </w:r>
    </w:p>
    <w:p>
      <w:pPr>
        <w:keepNext w:val="0"/>
        <w:pageBreakBefore w:val="0"/>
        <w:spacing w:line="240" w:lineRule="auto" w:before="100" w:after="100"/>
        <w:jc w:val="left"/>
      </w:pPr>
      <w:r>
        <w:rPr>
          <w:rFonts w:ascii="Arial" w:hAnsi="Arial" w:eastAsia="Arial"/>
          <w:b w:val="0"/>
          <w:i w:val="0"/>
          <w:color w:val="000000"/>
          <w:sz w:val="24"/>
        </w:rPr>
        <w:t>То есть отель начал продавать не только кровать, но и комфорт.</w:t>
      </w:r>
    </w:p>
    <w:p>
      <w:pPr>
        <w:keepNext w:val="0"/>
        <w:pageBreakBefore w:val="0"/>
        <w:spacing w:line="240" w:lineRule="auto" w:before="100" w:after="100"/>
        <w:jc w:val="left"/>
      </w:pPr>
      <w:r>
        <w:rPr>
          <w:rFonts w:ascii="Arial" w:hAnsi="Arial" w:eastAsia="Arial"/>
          <w:b w:val="0"/>
          <w:i w:val="0"/>
          <w:color w:val="000000"/>
          <w:sz w:val="24"/>
        </w:rPr>
        <w:t>Второй факт связан с лондонским отелем Savoy, открывшимся в 1889 году.</w:t>
      </w:r>
    </w:p>
    <w:p>
      <w:pPr>
        <w:keepNext w:val="0"/>
        <w:pageBreakBefore w:val="0"/>
        <w:spacing w:line="240" w:lineRule="auto" w:before="100" w:after="100"/>
        <w:jc w:val="left"/>
      </w:pPr>
      <w:r>
        <w:rPr>
          <w:rFonts w:ascii="Arial" w:hAnsi="Arial" w:eastAsia="Arial"/>
          <w:b w:val="0"/>
          <w:i w:val="0"/>
          <w:color w:val="000000"/>
          <w:sz w:val="24"/>
        </w:rPr>
        <w:t>Он стал одним из главных технологических символов своего времени. Здание освещалось электричеством, в нём работали электрические подъёмники, которые тогда называли «поднимающимися комнатами», а в спальни подавалась горячая и холодная вода.</w:t>
      </w:r>
    </w:p>
    <w:p>
      <w:pPr>
        <w:keepNext w:val="0"/>
        <w:pageBreakBefore w:val="0"/>
        <w:spacing w:line="240" w:lineRule="auto" w:before="100" w:after="100"/>
        <w:jc w:val="left"/>
      </w:pPr>
      <w:r>
        <w:rPr>
          <w:rFonts w:ascii="Arial" w:hAnsi="Arial" w:eastAsia="Arial"/>
          <w:b w:val="0"/>
          <w:i w:val="0"/>
          <w:color w:val="000000"/>
          <w:sz w:val="24"/>
        </w:rPr>
        <w:t>Сегодня мы воспринимаем выключатель и лифт как нечто само собой разумеющееся. Но в конце XIX века сам отель был демонстрационным залом нового образа жизни. Человек знакомился там с технологиями, которых ещё не было у него дома, а затем начинал хотеть такого же удобства в собственном жилище.</w:t>
      </w:r>
    </w:p>
    <w:p>
      <w:pPr>
        <w:keepNext w:val="0"/>
        <w:pageBreakBefore w:val="0"/>
        <w:spacing w:line="240" w:lineRule="auto" w:before="100" w:after="100"/>
        <w:jc w:val="left"/>
      </w:pPr>
      <w:r>
        <w:rPr>
          <w:rFonts w:ascii="Arial" w:hAnsi="Arial" w:eastAsia="Arial"/>
          <w:b w:val="0"/>
          <w:i w:val="0"/>
          <w:color w:val="000000"/>
          <w:sz w:val="24"/>
        </w:rPr>
        <w:t>Третий факт — открытие парижского Ritz в 1898 году.</w:t>
      </w:r>
    </w:p>
    <w:p>
      <w:pPr>
        <w:keepNext w:val="0"/>
        <w:pageBreakBefore w:val="0"/>
        <w:spacing w:line="240" w:lineRule="auto" w:before="100" w:after="100"/>
        <w:jc w:val="left"/>
      </w:pPr>
      <w:r>
        <w:rPr>
          <w:rFonts w:ascii="Arial" w:hAnsi="Arial" w:eastAsia="Arial"/>
          <w:b w:val="0"/>
          <w:i w:val="0"/>
          <w:color w:val="000000"/>
          <w:sz w:val="24"/>
        </w:rPr>
        <w:t>Сезар Ритц хотел соединить роскошь дворца с ощущением частного дома. При открытии в здании было электричество на каждом этаже и номера с отдельными ванными комнатами — для своего времени это было очень смелым решением.</w:t>
      </w:r>
    </w:p>
    <w:p>
      <w:pPr>
        <w:keepNext w:val="0"/>
        <w:pageBreakBefore w:val="0"/>
        <w:spacing w:line="240" w:lineRule="auto" w:before="100" w:after="100"/>
        <w:jc w:val="left"/>
      </w:pPr>
      <w:r>
        <w:rPr>
          <w:rFonts w:ascii="Arial" w:hAnsi="Arial" w:eastAsia="Arial"/>
          <w:b w:val="0"/>
          <w:i w:val="0"/>
          <w:color w:val="000000"/>
          <w:sz w:val="24"/>
        </w:rPr>
        <w:t>Причём важны были не только технические новшества. Ритц стремился создать такое обслуживание, которое человек почти не замечает. Персонал должен был появляться именно тогда, когда он нужен, и не нарушать частную жизнь гостя.</w:t>
      </w:r>
    </w:p>
    <w:p>
      <w:pPr>
        <w:keepNext w:val="0"/>
        <w:pageBreakBefore w:val="0"/>
        <w:spacing w:line="240" w:lineRule="auto" w:before="100" w:after="100"/>
        <w:jc w:val="left"/>
      </w:pPr>
      <w:r>
        <w:rPr>
          <w:rFonts w:ascii="Arial" w:hAnsi="Arial" w:eastAsia="Arial"/>
          <w:b w:val="0"/>
          <w:i w:val="0"/>
          <w:color w:val="000000"/>
          <w:sz w:val="24"/>
        </w:rPr>
        <w:t>Фактически здесь сформировалась идея незаметного комфорта, о котором мы сегодня уже говорили: всё работает, но ничто не требует постоянного внимания.</w:t>
      </w:r>
    </w:p>
    <w:p>
      <w:pPr>
        <w:keepNext w:val="0"/>
        <w:pageBreakBefore w:val="0"/>
        <w:spacing w:line="240" w:lineRule="auto" w:before="100" w:after="100"/>
        <w:jc w:val="left"/>
      </w:pPr>
      <w:r>
        <w:rPr>
          <w:rFonts w:ascii="Arial" w:hAnsi="Arial" w:eastAsia="Arial"/>
          <w:b w:val="0"/>
          <w:i w:val="0"/>
          <w:color w:val="000000"/>
          <w:sz w:val="24"/>
        </w:rPr>
        <w:t>Четвёртый факт связан с Москвой.</w:t>
      </w:r>
    </w:p>
    <w:p>
      <w:pPr>
        <w:keepNext w:val="0"/>
        <w:pageBreakBefore w:val="0"/>
        <w:spacing w:line="240" w:lineRule="auto" w:before="100" w:after="100"/>
        <w:jc w:val="left"/>
      </w:pPr>
      <w:r>
        <w:rPr>
          <w:rFonts w:ascii="Arial" w:hAnsi="Arial" w:eastAsia="Arial"/>
          <w:b w:val="0"/>
          <w:i w:val="0"/>
          <w:color w:val="000000"/>
          <w:sz w:val="24"/>
        </w:rPr>
        <w:t>В 1905 году открылся «Метрополь» — отель, в котором передовые инженерные решения соединились с искусством. Здесь использовали электричество, горячую воду, телефонную связь и лифты. А фасады превратились в художественное произведение, главным символом которого стало майоликовое панно «Принцесса Грёза», выполненное по работе Михаила Врубеля.</w:t>
      </w:r>
    </w:p>
    <w:p>
      <w:pPr>
        <w:keepNext w:val="0"/>
        <w:pageBreakBefore w:val="0"/>
        <w:spacing w:line="240" w:lineRule="auto" w:before="100" w:after="100"/>
        <w:jc w:val="left"/>
      </w:pPr>
      <w:r>
        <w:rPr>
          <w:rFonts w:ascii="Arial" w:hAnsi="Arial" w:eastAsia="Arial"/>
          <w:b w:val="0"/>
          <w:i w:val="0"/>
          <w:color w:val="000000"/>
          <w:sz w:val="24"/>
        </w:rPr>
        <w:t>Это очень современная идея: гостиница должна не только обеспечивать комфорт, но и рассказывать историю места.</w:t>
      </w:r>
    </w:p>
    <w:p>
      <w:pPr>
        <w:keepNext w:val="0"/>
        <w:pageBreakBefore w:val="0"/>
        <w:spacing w:line="240" w:lineRule="auto" w:before="100" w:after="100"/>
        <w:jc w:val="left"/>
      </w:pPr>
      <w:r>
        <w:rPr>
          <w:rFonts w:ascii="Arial" w:hAnsi="Arial" w:eastAsia="Arial"/>
          <w:b w:val="0"/>
          <w:i w:val="0"/>
          <w:color w:val="000000"/>
          <w:sz w:val="24"/>
        </w:rPr>
        <w:t>Сегодня отели снова стремятся к этому. Они приглашают местных художников, используют региональные материалы и стараются не выглядеть одинаково в Москве, Париже, Стамбуле или Токио.</w:t>
      </w:r>
    </w:p>
    <w:p>
      <w:pPr>
        <w:keepNext w:val="0"/>
        <w:pageBreakBefore w:val="0"/>
        <w:spacing w:line="240" w:lineRule="auto" w:before="100" w:after="100"/>
        <w:jc w:val="left"/>
      </w:pPr>
      <w:r>
        <w:rPr>
          <w:rFonts w:ascii="Arial" w:hAnsi="Arial" w:eastAsia="Arial"/>
          <w:b w:val="0"/>
          <w:i w:val="0"/>
          <w:color w:val="000000"/>
          <w:sz w:val="24"/>
        </w:rPr>
        <w:t>Пятый факт — американский Hotel Statler в Буффало, открытый в 1907 году.</w:t>
      </w:r>
    </w:p>
    <w:p>
      <w:pPr>
        <w:keepNext w:val="0"/>
        <w:pageBreakBefore w:val="0"/>
        <w:spacing w:line="240" w:lineRule="auto" w:before="100" w:after="100"/>
        <w:jc w:val="left"/>
      </w:pPr>
      <w:r>
        <w:rPr>
          <w:rFonts w:ascii="Arial" w:hAnsi="Arial" w:eastAsia="Arial"/>
          <w:b w:val="0"/>
          <w:i w:val="0"/>
          <w:color w:val="000000"/>
          <w:sz w:val="24"/>
        </w:rPr>
        <w:t>Эллсворт Статлер хотел сделать современные удобства доступными не только самым богатым путешественникам. Его отель прославился тем, что ванная была предусмотрена при каждом номере.</w:t>
      </w:r>
    </w:p>
    <w:p>
      <w:pPr>
        <w:keepNext w:val="0"/>
        <w:pageBreakBefore w:val="0"/>
        <w:spacing w:line="240" w:lineRule="auto" w:before="100" w:after="100"/>
        <w:jc w:val="left"/>
      </w:pPr>
      <w:r>
        <w:rPr>
          <w:rFonts w:ascii="Arial" w:hAnsi="Arial" w:eastAsia="Arial"/>
          <w:b w:val="0"/>
          <w:i w:val="0"/>
          <w:color w:val="000000"/>
          <w:sz w:val="24"/>
        </w:rPr>
        <w:t>Чтобы это стало экономически возможным, придумали специальную схему размещения коммуникаций между соседними ванными комнатами. И здесь мы видим важный принцип дизайна: комфорт появился не благодаря дорогому декору, а благодаря грамотной инженерии и планировке.</w:t>
      </w:r>
    </w:p>
    <w:p>
      <w:pPr>
        <w:keepNext w:val="0"/>
        <w:pageBreakBefore w:val="0"/>
        <w:spacing w:line="240" w:lineRule="auto" w:before="100" w:after="100"/>
        <w:jc w:val="left"/>
      </w:pPr>
      <w:r>
        <w:rPr>
          <w:rFonts w:ascii="Arial" w:hAnsi="Arial" w:eastAsia="Arial"/>
          <w:b w:val="0"/>
          <w:i w:val="0"/>
          <w:color w:val="000000"/>
          <w:sz w:val="24"/>
        </w:rPr>
        <w:t>И, наконец, шестой факт переносит нас в Нью-Йорк 1984 года.</w:t>
      </w:r>
    </w:p>
    <w:p>
      <w:pPr>
        <w:keepNext w:val="0"/>
        <w:pageBreakBefore w:val="0"/>
        <w:spacing w:line="240" w:lineRule="auto" w:before="100" w:after="100"/>
        <w:jc w:val="left"/>
      </w:pPr>
      <w:r>
        <w:rPr>
          <w:rFonts w:ascii="Arial" w:hAnsi="Arial" w:eastAsia="Arial"/>
          <w:b w:val="0"/>
          <w:i w:val="0"/>
          <w:color w:val="000000"/>
          <w:sz w:val="24"/>
        </w:rPr>
        <w:t>Там открылся Morgans Hotel, интерьер которого создала французский дизайнер Андре Путман. Его часто называют первым бутик-отелем.</w:t>
      </w:r>
    </w:p>
    <w:p>
      <w:pPr>
        <w:keepNext w:val="0"/>
        <w:pageBreakBefore w:val="0"/>
        <w:spacing w:line="240" w:lineRule="auto" w:before="100" w:after="100"/>
        <w:jc w:val="left"/>
      </w:pPr>
      <w:r>
        <w:rPr>
          <w:rFonts w:ascii="Arial" w:hAnsi="Arial" w:eastAsia="Arial"/>
          <w:b w:val="0"/>
          <w:i w:val="0"/>
          <w:color w:val="000000"/>
          <w:sz w:val="24"/>
        </w:rPr>
        <w:t>Вместо огромного парадного пространства Путман предложила камерный масштаб, чёрно-белую графику, узнаваемую атмосферу и авторский характер. Роскошь больше не обязательно означала золото, тяжёлые ткани и большие площади.</w:t>
      </w:r>
    </w:p>
    <w:p>
      <w:pPr>
        <w:keepNext w:val="0"/>
        <w:pageBreakBefore w:val="0"/>
        <w:spacing w:line="240" w:lineRule="auto" w:before="100" w:after="100"/>
        <w:jc w:val="left"/>
      </w:pPr>
      <w:r>
        <w:rPr>
          <w:rFonts w:ascii="Arial" w:hAnsi="Arial" w:eastAsia="Arial"/>
          <w:b w:val="0"/>
          <w:i w:val="0"/>
          <w:color w:val="000000"/>
          <w:sz w:val="24"/>
        </w:rPr>
        <w:t>Отель мог быть небольшим, но обладать собственной историей и стилем.</w:t>
      </w:r>
    </w:p>
    <w:p>
      <w:pPr>
        <w:keepNext w:val="0"/>
        <w:pageBreakBefore w:val="0"/>
        <w:spacing w:line="240" w:lineRule="auto" w:before="100" w:after="100"/>
        <w:jc w:val="left"/>
      </w:pPr>
      <w:r>
        <w:rPr>
          <w:rFonts w:ascii="Arial" w:hAnsi="Arial" w:eastAsia="Arial"/>
          <w:b w:val="0"/>
          <w:i w:val="0"/>
          <w:color w:val="000000"/>
          <w:sz w:val="24"/>
        </w:rPr>
        <w:t>Именно бутик-отели во многом научили нас воспринимать гостиницу как интерьерный опыт. Человек приезжал туда, видел необычный цвет, светильник, рисунок плитки или способ расстановки мебели, а затем хотел перенести это ощущение в свой дом.</w:t>
      </w:r>
    </w:p>
    <w:p>
      <w:pPr>
        <w:keepNext w:val="0"/>
        <w:pageBreakBefore w:val="0"/>
        <w:spacing w:line="240" w:lineRule="auto" w:before="100" w:after="100"/>
        <w:jc w:val="left"/>
      </w:pPr>
      <w:r>
        <w:rPr>
          <w:rFonts w:ascii="Arial" w:hAnsi="Arial" w:eastAsia="Arial"/>
          <w:b w:val="0"/>
          <w:i w:val="0"/>
          <w:color w:val="000000"/>
          <w:sz w:val="24"/>
        </w:rPr>
        <w:t>Получается, что гостиницы сначала знакомили нас с водопроводом, электричеством и отдельными ванными комнатами, а затем — с авторским дизайном, атмосферой и новым пониманием роскоши.</w:t>
      </w:r>
    </w:p>
    <w:p>
      <w:pPr>
        <w:keepNext w:val="0"/>
        <w:pageBreakBefore w:val="0"/>
        <w:spacing w:line="240" w:lineRule="auto" w:before="320" w:after="100"/>
        <w:jc w:val="left"/>
      </w:pPr>
      <w:r>
        <w:rPr>
          <w:rFonts w:ascii="Arial" w:hAnsi="Arial" w:eastAsia="Arial"/>
          <w:b/>
          <w:i w:val="0"/>
          <w:color w:val="7030A0"/>
          <w:sz w:val="24"/>
        </w:rPr>
        <w:t>МУЗЫКАЛЬНАЯ ПАУЗА № 6</w:t>
      </w:r>
    </w:p>
    <w:p>
      <w:pPr>
        <w:keepNext w:val="0"/>
        <w:pageBreakBefore w:val="0"/>
        <w:spacing w:line="240" w:lineRule="auto" w:before="100" w:after="100"/>
        <w:jc w:val="left"/>
      </w:pPr>
      <w:r>
        <w:rPr>
          <w:rFonts w:ascii="Arial" w:hAnsi="Arial" w:eastAsia="Arial"/>
          <w:b w:val="0"/>
          <w:i w:val="0"/>
          <w:color w:val="7030A0"/>
          <w:sz w:val="24"/>
        </w:rPr>
        <w:t>Александр Розенбаум — «Вальс-бостон»</w:t>
      </w:r>
    </w:p>
    <w:p>
      <w:pPr>
        <w:keepNext w:val="0"/>
        <w:pageBreakBefore w:val="0"/>
        <w:spacing w:line="240" w:lineRule="auto" w:before="100" w:after="100"/>
        <w:jc w:val="left"/>
      </w:pPr>
      <w:r>
        <w:rPr>
          <w:rFonts w:ascii="Arial" w:hAnsi="Arial" w:eastAsia="Arial"/>
          <w:b w:val="0"/>
          <w:i w:val="0"/>
          <w:color w:val="7030A0"/>
          <w:sz w:val="24"/>
        </w:rPr>
        <w:t>Эта композиция особенно хорошо соединяется с первым историческим фактом, который начинался в Бостоне.</w:t>
      </w:r>
    </w:p>
    <w:p>
      <w:pPr>
        <w:keepNext w:val="0"/>
        <w:pageBreakBefore w:val="0"/>
        <w:spacing w:line="240" w:lineRule="auto" w:before="100" w:after="100"/>
        <w:jc w:val="left"/>
      </w:pPr>
      <w:r>
        <w:rPr>
          <w:rFonts w:ascii="Arial" w:hAnsi="Arial" w:eastAsia="Arial"/>
          <w:b/>
          <w:i w:val="0"/>
          <w:color w:val="0070C0"/>
          <w:sz w:val="24"/>
        </w:rPr>
        <w:t>ВОПРОСЫ СЛУШАТЕЛЕЙ</w:t>
      </w:r>
    </w:p>
    <w:p>
      <w:pPr>
        <w:keepNext w:val="0"/>
        <w:pageBreakBefore w:val="0"/>
        <w:spacing w:line="240" w:lineRule="auto" w:before="100" w:after="100"/>
        <w:jc w:val="left"/>
      </w:pPr>
      <w:r>
        <w:rPr>
          <w:rFonts w:ascii="Arial" w:hAnsi="Arial" w:eastAsia="Arial"/>
          <w:b w:val="0"/>
          <w:i w:val="0"/>
          <w:color w:val="0070C0"/>
          <w:sz w:val="24"/>
        </w:rPr>
        <w:t>1. Какие изобретения из старых гостиниц сильнее всего изменили современный дом?</w:t>
      </w:r>
    </w:p>
    <w:p>
      <w:pPr>
        <w:keepNext w:val="0"/>
        <w:pageBreakBefore w:val="0"/>
        <w:spacing w:line="240" w:lineRule="auto" w:before="100" w:after="100"/>
        <w:jc w:val="left"/>
      </w:pPr>
      <w:r>
        <w:rPr>
          <w:rFonts w:ascii="Arial" w:hAnsi="Arial" w:eastAsia="Arial"/>
          <w:b w:val="0"/>
          <w:i w:val="0"/>
          <w:color w:val="0070C0"/>
          <w:sz w:val="24"/>
        </w:rPr>
        <w:t>2. Можно ли использовать эстетику исторического отеля в небольшой современной квартире?</w:t>
      </w:r>
    </w:p>
    <w:p>
      <w:pPr>
        <w:keepNext w:val="0"/>
        <w:pageBreakBefore w:val="0"/>
        <w:spacing w:line="240" w:lineRule="auto" w:before="100" w:after="100"/>
        <w:jc w:val="left"/>
      </w:pPr>
      <w:r>
        <w:rPr>
          <w:rFonts w:ascii="Arial" w:hAnsi="Arial" w:eastAsia="Arial"/>
          <w:b w:val="0"/>
          <w:i w:val="0"/>
          <w:color w:val="0070C0"/>
          <w:sz w:val="24"/>
        </w:rPr>
        <w:t>3. Как добавить в интерьер предметы с историей, не превращая дом в музей?</w:t>
      </w:r>
    </w:p>
    <w:p>
      <w:pPr>
        <w:keepNext w:val="0"/>
        <w:pageBreakBefore w:val="0"/>
        <w:spacing w:line="240" w:lineRule="auto" w:before="100" w:after="100"/>
        <w:jc w:val="left"/>
      </w:pPr>
      <w:r>
        <w:rPr>
          <w:rFonts w:ascii="Arial" w:hAnsi="Arial" w:eastAsia="Arial"/>
          <w:b w:val="0"/>
          <w:i w:val="0"/>
          <w:color w:val="0070C0"/>
          <w:sz w:val="24"/>
        </w:rPr>
        <w:t>4. Подходит ли классическая гостиничная симметрия для маленькой спальни?</w:t>
      </w:r>
    </w:p>
    <w:p>
      <w:pPr>
        <w:keepNext w:val="0"/>
        <w:pageBreakBefore w:val="0"/>
        <w:spacing w:line="240" w:lineRule="auto" w:before="100" w:after="100"/>
        <w:jc w:val="left"/>
      </w:pPr>
      <w:r>
        <w:rPr>
          <w:rFonts w:ascii="Arial" w:hAnsi="Arial" w:eastAsia="Arial"/>
          <w:b w:val="0"/>
          <w:i w:val="0"/>
          <w:color w:val="0070C0"/>
          <w:sz w:val="24"/>
        </w:rPr>
        <w:t>5. Можно ли вдохновляться «Метрополем», не делая интерьер слишком театральным?</w:t>
      </w:r>
    </w:p>
    <w:p>
      <w:pPr>
        <w:keepNext w:val="0"/>
        <w:pageBreakBefore w:val="0"/>
        <w:spacing w:line="240" w:lineRule="auto" w:before="100" w:after="100"/>
        <w:jc w:val="left"/>
      </w:pPr>
      <w:r>
        <w:rPr>
          <w:rFonts w:ascii="Arial" w:hAnsi="Arial" w:eastAsia="Arial"/>
          <w:b w:val="0"/>
          <w:i w:val="0"/>
          <w:color w:val="0070C0"/>
          <w:sz w:val="24"/>
        </w:rPr>
        <w:t>6. Вопрос от начинающего дизайнера: как соединить исторические мотивы с современной инженерией и не получить стилизацию?</w:t>
      </w:r>
    </w:p>
    <w:p>
      <w:pPr>
        <w:keepNext/>
        <w:pageBreakBefore w:val="0"/>
        <w:spacing w:line="240" w:lineRule="auto" w:before="320" w:after="100"/>
        <w:jc w:val="left"/>
      </w:pPr>
      <w:r>
        <w:rPr>
          <w:rFonts w:ascii="Arial" w:hAnsi="Arial" w:eastAsia="Arial"/>
          <w:b w:val="0"/>
          <w:i w:val="0"/>
          <w:color w:val="FF0000"/>
          <w:sz w:val="24"/>
        </w:rPr>
        <w:t>Друзья, вы слушаете радио SMOOTH.LIFE.STYLE, и в эфире передача «Вокруг дизайна» с Полиной Чаплановой, дизайнером интерьера.</w:t>
      </w:r>
    </w:p>
    <w:p>
      <w:pPr>
        <w:keepNext w:val="0"/>
        <w:pageBreakBefore w:val="0"/>
        <w:spacing w:line="240" w:lineRule="auto" w:before="100" w:after="100"/>
        <w:jc w:val="left"/>
      </w:pPr>
      <w:r>
        <w:rPr>
          <w:rFonts w:ascii="Arial" w:hAnsi="Arial" w:eastAsia="Arial"/>
          <w:b w:val="0"/>
          <w:i w:val="0"/>
          <w:color w:val="FF0000"/>
          <w:sz w:val="24"/>
        </w:rPr>
        <w:t>Мы узнали сейчас несколько интересных исторических фактов.</w:t>
      </w:r>
    </w:p>
    <w:p>
      <w:pPr>
        <w:keepNext w:val="0"/>
        <w:pageBreakBefore w:val="0"/>
        <w:spacing w:line="240" w:lineRule="auto" w:before="100" w:after="100"/>
        <w:jc w:val="left"/>
      </w:pPr>
      <w:r>
        <w:rPr>
          <w:rFonts w:ascii="Arial" w:hAnsi="Arial" w:eastAsia="Arial"/>
          <w:b w:val="0"/>
          <w:i w:val="0"/>
          <w:color w:val="FF0000"/>
          <w:sz w:val="24"/>
        </w:rPr>
        <w:t>И тема: «Жить как в отеле: почему гостиничный дизайн приходит в наши дома».</w:t>
      </w:r>
    </w:p>
    <w:p>
      <w:pPr>
        <w:keepNext w:val="0"/>
        <w:pageBreakBefore w:val="0"/>
        <w:spacing w:line="240" w:lineRule="auto" w:before="100" w:after="100"/>
        <w:jc w:val="left"/>
      </w:pPr>
      <w:r>
        <w:rPr>
          <w:rFonts w:ascii="Arial" w:hAnsi="Arial" w:eastAsia="Arial"/>
          <w:b/>
          <w:i w:val="0"/>
          <w:color w:val="000000"/>
          <w:sz w:val="26"/>
        </w:rPr>
        <w:t>БЛОК 7. ЧТО МОЖНО ЗАБРАТЬ ИЗ ОТЕЛЯ ДОМОЙ</w:t>
      </w:r>
    </w:p>
    <w:p>
      <w:pPr>
        <w:keepNext w:val="0"/>
        <w:pageBreakBefore w:val="0"/>
        <w:spacing w:line="240" w:lineRule="auto" w:before="100" w:after="100"/>
        <w:jc w:val="left"/>
      </w:pPr>
      <w:r>
        <w:rPr>
          <w:rFonts w:ascii="Arial" w:hAnsi="Arial" w:eastAsia="Arial"/>
          <w:b w:val="0"/>
          <w:i w:val="0"/>
          <w:color w:val="000000"/>
          <w:sz w:val="24"/>
        </w:rPr>
        <w:t>В завершение я предлагаю составить небольшой список, который поможет перенести гостиничный комфорт домой, не превращая квартиру в безликий номер.</w:t>
      </w:r>
    </w:p>
    <w:p>
      <w:pPr>
        <w:keepNext w:val="0"/>
        <w:pageBreakBefore w:val="0"/>
        <w:spacing w:line="240" w:lineRule="auto" w:before="100" w:after="100"/>
        <w:jc w:val="left"/>
      </w:pPr>
      <w:r>
        <w:rPr>
          <w:rFonts w:ascii="Arial" w:hAnsi="Arial" w:eastAsia="Arial"/>
          <w:b w:val="0"/>
          <w:i w:val="0"/>
          <w:color w:val="000000"/>
          <w:sz w:val="24"/>
        </w:rPr>
        <w:t>Первое — вспомните не самый красивый отель, а тот, в котором вам действительно было удобно.</w:t>
      </w:r>
    </w:p>
    <w:p>
      <w:pPr>
        <w:keepNext w:val="0"/>
        <w:pageBreakBefore w:val="0"/>
        <w:spacing w:line="240" w:lineRule="auto" w:before="100" w:after="100"/>
        <w:jc w:val="left"/>
      </w:pPr>
      <w:r>
        <w:rPr>
          <w:rFonts w:ascii="Arial" w:hAnsi="Arial" w:eastAsia="Arial"/>
          <w:b w:val="0"/>
          <w:i w:val="0"/>
          <w:color w:val="000000"/>
          <w:sz w:val="24"/>
        </w:rPr>
        <w:t>Попытайтесь понять, что именно вам понравилось. Хорошо ли вы спали? Было ли удобно читать в кровати? Понравился свет в ванной? Было ли куда поставить чемодан? Или вас привлекли тишина, порядок и отсутствие лишних вещей?</w:t>
      </w:r>
    </w:p>
    <w:p>
      <w:pPr>
        <w:keepNext w:val="0"/>
        <w:pageBreakBefore w:val="0"/>
        <w:spacing w:line="240" w:lineRule="auto" w:before="100" w:after="100"/>
        <w:jc w:val="left"/>
      </w:pPr>
      <w:r>
        <w:rPr>
          <w:rFonts w:ascii="Arial" w:hAnsi="Arial" w:eastAsia="Arial"/>
          <w:b w:val="0"/>
          <w:i w:val="0"/>
          <w:color w:val="000000"/>
          <w:sz w:val="24"/>
        </w:rPr>
        <w:t>Нам важно забрать не внешний образ, а конкретное ощущение и понять, каким решением оно было создано.</w:t>
      </w:r>
    </w:p>
    <w:p>
      <w:pPr>
        <w:keepNext w:val="0"/>
        <w:pageBreakBefore w:val="0"/>
        <w:spacing w:line="240" w:lineRule="auto" w:before="100" w:after="100"/>
        <w:jc w:val="left"/>
      </w:pPr>
      <w:r>
        <w:rPr>
          <w:rFonts w:ascii="Arial" w:hAnsi="Arial" w:eastAsia="Arial"/>
          <w:b w:val="0"/>
          <w:i w:val="0"/>
          <w:color w:val="000000"/>
          <w:sz w:val="24"/>
        </w:rPr>
        <w:t>Второе — проследите свой ежедневный маршрут по дому.</w:t>
      </w:r>
    </w:p>
    <w:p>
      <w:pPr>
        <w:keepNext w:val="0"/>
        <w:pageBreakBefore w:val="0"/>
        <w:spacing w:line="240" w:lineRule="auto" w:before="100" w:after="100"/>
        <w:jc w:val="left"/>
      </w:pPr>
      <w:r>
        <w:rPr>
          <w:rFonts w:ascii="Arial" w:hAnsi="Arial" w:eastAsia="Arial"/>
          <w:b w:val="0"/>
          <w:i w:val="0"/>
          <w:color w:val="000000"/>
          <w:sz w:val="24"/>
        </w:rPr>
        <w:t>Что вы делаете, когда возвращаетесь? Куда кладёте телефон? Где заряжаете его ночью? Что вам приходится искать утром? Нужно ли вставать с кровати, чтобы выключить свет?</w:t>
      </w:r>
    </w:p>
    <w:p>
      <w:pPr>
        <w:keepNext w:val="0"/>
        <w:pageBreakBefore w:val="0"/>
        <w:spacing w:line="240" w:lineRule="auto" w:before="100" w:after="100"/>
        <w:jc w:val="left"/>
      </w:pPr>
      <w:r>
        <w:rPr>
          <w:rFonts w:ascii="Arial" w:hAnsi="Arial" w:eastAsia="Arial"/>
          <w:b w:val="0"/>
          <w:i w:val="0"/>
          <w:color w:val="000000"/>
          <w:sz w:val="24"/>
        </w:rPr>
        <w:t>Именно из таких мелочей складывается настоящий комфорт.</w:t>
      </w:r>
    </w:p>
    <w:p>
      <w:pPr>
        <w:keepNext w:val="0"/>
        <w:pageBreakBefore w:val="0"/>
        <w:spacing w:line="240" w:lineRule="auto" w:before="100" w:after="100"/>
        <w:jc w:val="left"/>
      </w:pPr>
      <w:r>
        <w:rPr>
          <w:rFonts w:ascii="Arial" w:hAnsi="Arial" w:eastAsia="Arial"/>
          <w:b w:val="0"/>
          <w:i w:val="0"/>
          <w:color w:val="000000"/>
          <w:sz w:val="24"/>
        </w:rPr>
        <w:t>Третье — проверьте освещение.</w:t>
      </w:r>
    </w:p>
    <w:p>
      <w:pPr>
        <w:keepNext w:val="0"/>
        <w:pageBreakBefore w:val="0"/>
        <w:spacing w:line="240" w:lineRule="auto" w:before="100" w:after="100"/>
        <w:jc w:val="left"/>
      </w:pPr>
      <w:r>
        <w:rPr>
          <w:rFonts w:ascii="Arial" w:hAnsi="Arial" w:eastAsia="Arial"/>
          <w:b w:val="0"/>
          <w:i w:val="0"/>
          <w:color w:val="000000"/>
          <w:sz w:val="24"/>
        </w:rPr>
        <w:t>Одного потолочного светильника почти никогда не бывает достаточно. Нужен общий свет, локальный свет для чтения и работы и мягкое вечернее освещение.</w:t>
      </w:r>
    </w:p>
    <w:p>
      <w:pPr>
        <w:keepNext w:val="0"/>
        <w:pageBreakBefore w:val="0"/>
        <w:spacing w:line="240" w:lineRule="auto" w:before="100" w:after="100"/>
        <w:jc w:val="left"/>
      </w:pPr>
      <w:r>
        <w:rPr>
          <w:rFonts w:ascii="Arial" w:hAnsi="Arial" w:eastAsia="Arial"/>
          <w:b w:val="0"/>
          <w:i w:val="0"/>
          <w:color w:val="000000"/>
          <w:sz w:val="24"/>
        </w:rPr>
        <w:t>При этом выключатели должны находиться там, где ими пользуются. Это кажется очевидным, но даже в дорогих отелях иногда приходится вставать с кровати, чтобы погасить неожиданно оставшийся светильник.</w:t>
      </w:r>
    </w:p>
    <w:p>
      <w:pPr>
        <w:keepNext w:val="0"/>
        <w:pageBreakBefore w:val="0"/>
        <w:spacing w:line="240" w:lineRule="auto" w:before="100" w:after="100"/>
        <w:jc w:val="left"/>
      </w:pPr>
      <w:r>
        <w:rPr>
          <w:rFonts w:ascii="Arial" w:hAnsi="Arial" w:eastAsia="Arial"/>
          <w:b w:val="0"/>
          <w:i w:val="0"/>
          <w:color w:val="000000"/>
          <w:sz w:val="24"/>
        </w:rPr>
        <w:t>Четвёртое — обратите внимание на спальню.</w:t>
      </w:r>
    </w:p>
    <w:p>
      <w:pPr>
        <w:keepNext w:val="0"/>
        <w:pageBreakBefore w:val="0"/>
        <w:spacing w:line="240" w:lineRule="auto" w:before="100" w:after="100"/>
        <w:jc w:val="left"/>
      </w:pPr>
      <w:r>
        <w:rPr>
          <w:rFonts w:ascii="Arial" w:hAnsi="Arial" w:eastAsia="Arial"/>
          <w:b w:val="0"/>
          <w:i w:val="0"/>
          <w:color w:val="000000"/>
          <w:sz w:val="24"/>
        </w:rPr>
        <w:t>Хороший матрас, удобные подушки, плотные шторы, тишина и возможность управлять светом с кровати зачастую дают больше ощущения роскоши, чем дорогая декоративная отделка.</w:t>
      </w:r>
    </w:p>
    <w:p>
      <w:pPr>
        <w:keepNext w:val="0"/>
        <w:pageBreakBefore w:val="0"/>
        <w:spacing w:line="240" w:lineRule="auto" w:before="100" w:after="100"/>
        <w:jc w:val="left"/>
      </w:pPr>
      <w:r>
        <w:rPr>
          <w:rFonts w:ascii="Arial" w:hAnsi="Arial" w:eastAsia="Arial"/>
          <w:b w:val="0"/>
          <w:i w:val="0"/>
          <w:color w:val="000000"/>
          <w:sz w:val="24"/>
        </w:rPr>
        <w:t>Пятое — продумайте ванную не только с точки зрения красоты.</w:t>
      </w:r>
    </w:p>
    <w:p>
      <w:pPr>
        <w:keepNext w:val="0"/>
        <w:pageBreakBefore w:val="0"/>
        <w:spacing w:line="240" w:lineRule="auto" w:before="100" w:after="100"/>
        <w:jc w:val="left"/>
      </w:pPr>
      <w:r>
        <w:rPr>
          <w:rFonts w:ascii="Arial" w:hAnsi="Arial" w:eastAsia="Arial"/>
          <w:b w:val="0"/>
          <w:i w:val="0"/>
          <w:color w:val="000000"/>
          <w:sz w:val="24"/>
        </w:rPr>
        <w:t>Где висят полотенца? Можно ли дотянуться до них из душа? Куда поставить косметику? Достаточно ли света у зеркала? Есть ли место для бытовых запасов?</w:t>
      </w:r>
    </w:p>
    <w:p>
      <w:pPr>
        <w:keepNext w:val="0"/>
        <w:pageBreakBefore w:val="0"/>
        <w:spacing w:line="240" w:lineRule="auto" w:before="100" w:after="100"/>
        <w:jc w:val="left"/>
      </w:pPr>
      <w:r>
        <w:rPr>
          <w:rFonts w:ascii="Arial" w:hAnsi="Arial" w:eastAsia="Arial"/>
          <w:b w:val="0"/>
          <w:i w:val="0"/>
          <w:color w:val="000000"/>
          <w:sz w:val="24"/>
        </w:rPr>
        <w:t>Шестое — оцените интерьер с точки зрения ухода.</w:t>
      </w:r>
    </w:p>
    <w:p>
      <w:pPr>
        <w:keepNext w:val="0"/>
        <w:pageBreakBefore w:val="0"/>
        <w:spacing w:line="240" w:lineRule="auto" w:before="100" w:after="100"/>
        <w:jc w:val="left"/>
      </w:pPr>
      <w:r>
        <w:rPr>
          <w:rFonts w:ascii="Arial" w:hAnsi="Arial" w:eastAsia="Arial"/>
          <w:b w:val="0"/>
          <w:i w:val="0"/>
          <w:color w:val="000000"/>
          <w:sz w:val="24"/>
        </w:rPr>
        <w:t>Если поверхность постоянно покрывается следами, ткань сложно чистить, а ради замены лампочки приходится разбирать половину потолка, это не комфорт. Хороший интерьер должен облегчать жизнь, а не создавать дополнительную работу.</w:t>
      </w:r>
    </w:p>
    <w:p>
      <w:pPr>
        <w:keepNext w:val="0"/>
        <w:pageBreakBefore w:val="0"/>
        <w:spacing w:line="240" w:lineRule="auto" w:before="100" w:after="100"/>
        <w:jc w:val="left"/>
      </w:pPr>
      <w:r>
        <w:rPr>
          <w:rFonts w:ascii="Arial" w:hAnsi="Arial" w:eastAsia="Arial"/>
          <w:b w:val="0"/>
          <w:i w:val="0"/>
          <w:color w:val="000000"/>
          <w:sz w:val="24"/>
        </w:rPr>
        <w:t>И седьмое — обязательно оставьте в доме личную историю.</w:t>
      </w:r>
    </w:p>
    <w:p>
      <w:pPr>
        <w:keepNext w:val="0"/>
        <w:pageBreakBefore w:val="0"/>
        <w:spacing w:line="240" w:lineRule="auto" w:before="100" w:after="100"/>
        <w:jc w:val="left"/>
      </w:pPr>
      <w:r>
        <w:rPr>
          <w:rFonts w:ascii="Arial" w:hAnsi="Arial" w:eastAsia="Arial"/>
          <w:b w:val="0"/>
          <w:i w:val="0"/>
          <w:color w:val="000000"/>
          <w:sz w:val="24"/>
        </w:rPr>
        <w:t>Фотографии, искусство, книги, предметы из путешествий, семейная мебель — именно они отличают настоящий дом от самого красивого гостиничного номера.</w:t>
      </w:r>
    </w:p>
    <w:p>
      <w:pPr>
        <w:keepNext w:val="0"/>
        <w:pageBreakBefore w:val="0"/>
        <w:spacing w:line="240" w:lineRule="auto" w:before="100" w:after="100"/>
        <w:jc w:val="left"/>
      </w:pPr>
      <w:r>
        <w:rPr>
          <w:rFonts w:ascii="Arial" w:hAnsi="Arial" w:eastAsia="Arial"/>
          <w:b w:val="0"/>
          <w:i w:val="0"/>
          <w:color w:val="000000"/>
          <w:sz w:val="24"/>
        </w:rPr>
        <w:t>Можно позаимствовать у отеля хорошую кровать, свет, текстиль, сценарии и дисциплину пространства. Но характер дома должен принадлежать вам.</w:t>
      </w:r>
    </w:p>
    <w:p>
      <w:pPr>
        <w:keepNext w:val="0"/>
        <w:pageBreakBefore w:val="0"/>
        <w:spacing w:line="240" w:lineRule="auto" w:before="100" w:after="100"/>
        <w:jc w:val="left"/>
      </w:pPr>
      <w:r>
        <w:rPr>
          <w:rFonts w:ascii="Arial" w:hAnsi="Arial" w:eastAsia="Arial"/>
          <w:b w:val="0"/>
          <w:i w:val="0"/>
          <w:color w:val="00B050"/>
          <w:sz w:val="24"/>
        </w:rPr>
        <w:t>Если вы хотите понять, какие гостиничные решения подойдут именно вашему дому, а какие окажутся неудобными, это как раз тот случай, когда дизайнер помогает отделить красивую картинку от работающего решения.</w:t>
      </w:r>
    </w:p>
    <w:p>
      <w:pPr>
        <w:keepNext w:val="0"/>
        <w:pageBreakBefore w:val="0"/>
        <w:spacing w:line="240" w:lineRule="auto" w:before="100" w:after="100"/>
        <w:jc w:val="left"/>
      </w:pPr>
      <w:r>
        <w:rPr>
          <w:rFonts w:ascii="Arial" w:hAnsi="Arial" w:eastAsia="Arial"/>
          <w:b w:val="0"/>
          <w:i w:val="0"/>
          <w:color w:val="00B050"/>
          <w:sz w:val="24"/>
        </w:rPr>
        <w:t>Иногда для серьёзного изменения интерьера не требуется большой ремонт. Достаточно правильно переставить мебель, добавить свет, пересмотреть хранение или убрать несколько ежедневных раздражителей.</w:t>
      </w:r>
    </w:p>
    <w:p>
      <w:pPr>
        <w:keepNext w:val="0"/>
        <w:pageBreakBefore w:val="0"/>
        <w:spacing w:line="240" w:lineRule="auto" w:before="100" w:after="100"/>
        <w:jc w:val="left"/>
      </w:pPr>
      <w:r>
        <w:rPr>
          <w:rFonts w:ascii="Arial" w:hAnsi="Arial" w:eastAsia="Arial"/>
          <w:b w:val="0"/>
          <w:i w:val="0"/>
          <w:color w:val="00B050"/>
          <w:sz w:val="24"/>
        </w:rPr>
        <w:t>И тогда дома появляется то самое ощущение: обо мне подумали. Только, в отличие от отеля, интерьер создаётся не для неизвестного постояльца, а именно для вас.</w:t>
      </w:r>
    </w:p>
    <w:p>
      <w:pPr>
        <w:keepNext/>
        <w:pageBreakBefore w:val="0"/>
        <w:spacing w:line="240" w:lineRule="auto" w:before="320" w:after="100"/>
        <w:jc w:val="left"/>
      </w:pPr>
      <w:r>
        <w:rPr>
          <w:rFonts w:ascii="Arial" w:hAnsi="Arial" w:eastAsia="Arial"/>
          <w:b w:val="0"/>
          <w:i w:val="0"/>
          <w:color w:val="FF0000"/>
          <w:sz w:val="24"/>
        </w:rPr>
        <w:t>Дорогие радиослушатели, в эфире была передача «Вокруг дизайна» на волнах радио SMOOTH.LIFE.STYLE, и я её ведущая Полина Чапланова, дизайнер интерьера.</w:t>
      </w:r>
    </w:p>
    <w:p>
      <w:pPr>
        <w:keepNext w:val="0"/>
        <w:pageBreakBefore w:val="0"/>
        <w:spacing w:line="240" w:lineRule="auto" w:before="100" w:after="100"/>
        <w:jc w:val="left"/>
      </w:pPr>
      <w:r>
        <w:rPr>
          <w:rFonts w:ascii="Arial" w:hAnsi="Arial" w:eastAsia="Arial"/>
          <w:b w:val="0"/>
          <w:i w:val="0"/>
          <w:color w:val="FF0000"/>
          <w:sz w:val="24"/>
        </w:rPr>
        <w:t>Слушайте передачу «Вокруг дизайна» каждый четверг в 12:00.</w:t>
      </w:r>
    </w:p>
    <w:p>
      <w:pPr>
        <w:keepNext w:val="0"/>
        <w:pageBreakBefore w:val="0"/>
        <w:spacing w:line="240" w:lineRule="auto" w:before="100" w:after="100"/>
        <w:jc w:val="left"/>
      </w:pPr>
      <w:r>
        <w:rPr>
          <w:rFonts w:ascii="Arial" w:hAnsi="Arial" w:eastAsia="Arial"/>
          <w:b w:val="0"/>
          <w:i w:val="0"/>
          <w:color w:val="FF0000"/>
          <w:sz w:val="24"/>
        </w:rPr>
        <w:t>Всего вам самого доброго и помните: счастлив тот, кто счастлив у себя дома!</w:t>
      </w:r>
    </w:p>
    <w:p>
      <w:pPr>
        <w:keepNext w:val="0"/>
        <w:pageBreakBefore/>
        <w:spacing w:line="240" w:lineRule="auto" w:before="100" w:after="100"/>
        <w:jc w:val="left"/>
      </w:pPr>
      <w:r>
        <w:rPr>
          <w:rFonts w:ascii="Arial" w:hAnsi="Arial" w:eastAsia="Arial"/>
          <w:b/>
          <w:i w:val="0"/>
          <w:color w:val="000000"/>
          <w:sz w:val="24"/>
        </w:rPr>
        <w:t>РЕДАКТОРСКАЯ СПРАВКА — НЕ ДЛЯ ЭФИРА</w:t>
      </w:r>
    </w:p>
    <w:p>
      <w:pPr>
        <w:keepNext w:val="0"/>
        <w:pageBreakBefore w:val="0"/>
        <w:spacing w:line="240" w:lineRule="auto" w:before="100" w:after="100"/>
        <w:jc w:val="left"/>
      </w:pPr>
      <w:r>
        <w:rPr>
          <w:rFonts w:ascii="Arial" w:hAnsi="Arial" w:eastAsia="Arial"/>
          <w:b/>
          <w:i w:val="0"/>
          <w:color w:val="000000"/>
          <w:sz w:val="20"/>
        </w:rPr>
        <w:t>Источники исторического блока:</w:t>
      </w:r>
    </w:p>
    <w:p>
      <w:pPr>
        <w:keepNext w:val="0"/>
        <w:pageBreakBefore w:val="0"/>
        <w:spacing w:line="240" w:lineRule="auto" w:before="100" w:after="100"/>
        <w:jc w:val="left"/>
      </w:pPr>
      <w:r>
        <w:rPr>
          <w:rFonts w:ascii="Arial" w:hAnsi="Arial" w:eastAsia="Arial"/>
          <w:b w:val="0"/>
          <w:i w:val="0"/>
          <w:color w:val="000000"/>
          <w:sz w:val="24"/>
        </w:rPr>
        <w:t>Tremont House: Boston Magazine — https://www.bostonmagazine.com/news/2015/10/15/tremont-house/</w:t>
      </w:r>
    </w:p>
    <w:p>
      <w:pPr>
        <w:keepNext w:val="0"/>
        <w:pageBreakBefore w:val="0"/>
        <w:spacing w:line="240" w:lineRule="auto" w:before="100" w:after="100"/>
        <w:jc w:val="left"/>
      </w:pPr>
      <w:r>
        <w:rPr>
          <w:rFonts w:ascii="Arial" w:hAnsi="Arial" w:eastAsia="Arial"/>
          <w:b w:val="0"/>
          <w:i w:val="0"/>
          <w:color w:val="000000"/>
          <w:sz w:val="24"/>
        </w:rPr>
        <w:t>The Savoy: Historic Hotels — https://www.historichotels.org/hotels-resorts/the-savoy-london/history</w:t>
      </w:r>
    </w:p>
    <w:p>
      <w:pPr>
        <w:keepNext w:val="0"/>
        <w:pageBreakBefore w:val="0"/>
        <w:spacing w:line="240" w:lineRule="auto" w:before="100" w:after="100"/>
        <w:jc w:val="left"/>
      </w:pPr>
      <w:r>
        <w:rPr>
          <w:rFonts w:ascii="Arial" w:hAnsi="Arial" w:eastAsia="Arial"/>
          <w:b w:val="0"/>
          <w:i w:val="0"/>
          <w:color w:val="000000"/>
          <w:sz w:val="24"/>
        </w:rPr>
        <w:t>Ritz Paris: официальная история — https://www.ritzparis.com/about-ritz/legendary-hotel</w:t>
      </w:r>
    </w:p>
    <w:p>
      <w:pPr>
        <w:keepNext w:val="0"/>
        <w:pageBreakBefore w:val="0"/>
        <w:spacing w:line="240" w:lineRule="auto" w:before="100" w:after="100"/>
        <w:jc w:val="left"/>
      </w:pPr>
      <w:r>
        <w:rPr>
          <w:rFonts w:ascii="Arial" w:hAnsi="Arial" w:eastAsia="Arial"/>
          <w:b w:val="0"/>
          <w:i w:val="0"/>
          <w:color w:val="000000"/>
          <w:sz w:val="24"/>
        </w:rPr>
        <w:t>«Метрополь»: официальная история — https://metropol-moscow.ru/history/</w:t>
      </w:r>
    </w:p>
    <w:p>
      <w:pPr>
        <w:keepNext w:val="0"/>
        <w:pageBreakBefore w:val="0"/>
        <w:spacing w:line="240" w:lineRule="auto" w:before="100" w:after="100"/>
        <w:jc w:val="left"/>
      </w:pPr>
      <w:r>
        <w:rPr>
          <w:rFonts w:ascii="Arial" w:hAnsi="Arial" w:eastAsia="Arial"/>
          <w:b w:val="0"/>
          <w:i w:val="0"/>
          <w:color w:val="000000"/>
          <w:sz w:val="24"/>
        </w:rPr>
        <w:t>Statler Buffalo: официальная история — https://thestatlerbuffalo.com/our-history/</w:t>
      </w:r>
    </w:p>
    <w:p>
      <w:pPr>
        <w:keepNext w:val="0"/>
        <w:pageBreakBefore w:val="0"/>
        <w:spacing w:line="240" w:lineRule="auto" w:before="100" w:after="100"/>
        <w:jc w:val="left"/>
      </w:pPr>
      <w:r>
        <w:rPr>
          <w:rFonts w:ascii="Arial" w:hAnsi="Arial" w:eastAsia="Arial"/>
          <w:b w:val="0"/>
          <w:i w:val="0"/>
          <w:color w:val="000000"/>
          <w:sz w:val="24"/>
        </w:rPr>
        <w:t>Andrée Putman / Morgans Hotel — https://andreeputman.fr/en/the-founder</w:t>
      </w:r>
    </w:p>
    <w:p>
      <w:pPr>
        <w:keepNext w:val="0"/>
        <w:pageBreakBefore w:val="0"/>
        <w:spacing w:line="240" w:lineRule="auto" w:before="100" w:after="100"/>
        <w:jc w:val="left"/>
      </w:pPr>
      <w:r>
        <w:rPr>
          <w:rFonts w:ascii="Arial" w:hAnsi="Arial" w:eastAsia="Arial"/>
          <w:b w:val="0"/>
          <w:i w:val="0"/>
          <w:color w:val="000000"/>
          <w:sz w:val="24"/>
        </w:rPr>
        <w:t>Музыкальные композиции проверены на отсутствие ненормативной лексики; исполнители при проверке 24 августа 2026 года в реестре иностранных агентов Минюста не обнаружены.</w:t>
      </w:r>
    </w:p>
    <w:sectPr w:rsidR="00FC693F" w:rsidRPr="0006063C" w:rsidSect="00034616">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Передача «Вокруг дизайна» — Жить как в отеле</dc:title>
  <dc:subject>Линейный эфир 27 августа 2026 года</dc:subject>
  <dc:creator>Полина Чапланова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