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Структура передачи: «Дизайн по Васту: древнее знание для дома сегодня»</w:t>
      </w:r>
    </w:p>
    <w:p>
      <w:r>
        <w:t>1. Что такое Васту: история, философия и личный путь</w:t>
      </w:r>
    </w:p>
    <w:p>
      <w:r>
        <w:t>2. Энергия пространства и её влияние на человека</w:t>
      </w:r>
    </w:p>
    <w:p>
      <w:r>
        <w:t>3. Васту в типовых квартирах: реальность и адаптация</w:t>
      </w:r>
    </w:p>
    <w:p>
      <w:r>
        <w:t>4. Коллаборация: дизайнер и Васту-эксперт</w:t>
      </w:r>
    </w:p>
    <w:p>
      <w:r>
        <w:t>5. Опыт работы с застройщиком и МОПы по Васту</w:t>
      </w:r>
    </w:p>
    <w:p>
      <w:r>
        <w:t>6. Васту-деревня: мечта и будущее</w:t>
      </w:r>
    </w:p>
    <w:p>
      <w:pPr>
        <w:pStyle w:val="Heading1"/>
      </w:pPr>
      <w:r>
        <w:t>Итог от дизайнера</w:t>
      </w:r>
    </w:p>
    <w:p>
      <w:r>
        <w:t>Сегодня мы говорили о Васту — древней системе, которая удивительно точно вписывается в наш современный мир. Как дизайнер интерьера, я всё больше убеждаюсь: гармония в доме — это не только про стиль и цвет, но и про энергию пространства, про то, как нам в нём живётся. И если есть инструмент, который может помочь почувствовать себя лучше дома — почему бы его не использовать? Главное — подходить к этому осознанно, с уважением к традициям и пониманием нужд конкретной семьи.</w:t>
      </w:r>
    </w:p>
    <w:p>
      <w:pPr>
        <w:pStyle w:val="Heading1"/>
      </w:pPr>
      <w:r>
        <w:t>Вопросы от слушателей</w:t>
      </w:r>
    </w:p>
    <w:p>
      <w:pPr>
        <w:pStyle w:val="Heading2"/>
      </w:pPr>
      <w:r>
        <w:t>Блок 1</w:t>
      </w:r>
    </w:p>
    <w:p>
      <w:r>
        <w:t>- Это типа Фэн-Шуй, только индийское?</w:t>
      </w:r>
    </w:p>
    <w:p>
      <w:r>
        <w:t>- А что будет, если вообще не соблюдать Васту? Это опасно?</w:t>
      </w:r>
    </w:p>
    <w:p>
      <w:r>
        <w:t>- Я слышала про чакры, а Васту — это про них или про стены?</w:t>
      </w:r>
    </w:p>
    <w:p>
      <w:r>
        <w:t>- А можно самой по Васту расставить мебель? Или надо сразу эксперта?</w:t>
      </w:r>
    </w:p>
    <w:p>
      <w:r>
        <w:t>- Вы реально видели, что у людей меняется жизнь от перепланировки?</w:t>
      </w:r>
    </w:p>
    <w:p>
      <w:r>
        <w:t>- А если я живу в квартире, которую снять пришлось, — Васту уже не сработает?</w:t>
      </w:r>
    </w:p>
    <w:p>
      <w:r>
        <w:t>- Почему раньше все без этого жили и нормально, а сейчас вдруг важно стало?</w:t>
      </w:r>
    </w:p>
    <w:p>
      <w:pPr>
        <w:pStyle w:val="Heading2"/>
      </w:pPr>
      <w:r>
        <w:t>Блок 2</w:t>
      </w:r>
    </w:p>
    <w:p>
      <w:r>
        <w:t>- У нас в спальне постоянно ссоры — это может быть из-за неправильной энергии?</w:t>
      </w:r>
    </w:p>
    <w:p>
      <w:r>
        <w:t>- Есть ли конкретные зоны, где точно нельзя делать туалет?</w:t>
      </w:r>
    </w:p>
    <w:p>
      <w:r>
        <w:t>- А если окна на север — это плохо?</w:t>
      </w:r>
    </w:p>
    <w:p>
      <w:r>
        <w:t>- Где должна быть кухня, чтобы в семье водились деньги?</w:t>
      </w:r>
    </w:p>
    <w:p>
      <w:r>
        <w:t>- Что делать, если квартира узкая и вытянутая, это уже «энергетически плохо»?</w:t>
      </w:r>
    </w:p>
    <w:p>
      <w:r>
        <w:t>- Я слышала, что нельзя ставить зеркало напротив кровати — это правда?</w:t>
      </w:r>
    </w:p>
    <w:p>
      <w:r>
        <w:t>- А как понять, что у тебя 'не так' с пространством — есть какие-то признаки?</w:t>
      </w:r>
    </w:p>
    <w:p>
      <w:pPr>
        <w:pStyle w:val="Heading2"/>
      </w:pPr>
      <w:r>
        <w:t>Блок 3</w:t>
      </w:r>
    </w:p>
    <w:p>
      <w:r>
        <w:t>- У нас угловая квартира — это вообще по Васту допустимо?</w:t>
      </w:r>
    </w:p>
    <w:p>
      <w:r>
        <w:t>- Если санузел не в той зоне, можно повесить какой-нибудь символ и всё?</w:t>
      </w:r>
    </w:p>
    <w:p>
      <w:r>
        <w:t>- А балкон вообще считается частью квартиры в Васту?</w:t>
      </w:r>
    </w:p>
    <w:p>
      <w:r>
        <w:t>- Если кухня и гостиная объединены — это хорошо или плохо?</w:t>
      </w:r>
    </w:p>
    <w:p>
      <w:r>
        <w:t>- Мы только что сделали ремонт, но по Васту ничего не учитывали — уже поздно?</w:t>
      </w:r>
    </w:p>
    <w:p>
      <w:r>
        <w:t>- А если стены уже не передвинуть, что тогда?</w:t>
      </w:r>
    </w:p>
    <w:p>
      <w:r>
        <w:t>- Можно ли просто добавить «правильные» цвета и улучшить энергетику?</w:t>
      </w:r>
    </w:p>
    <w:p>
      <w:pPr>
        <w:pStyle w:val="Heading2"/>
      </w:pPr>
      <w:r>
        <w:t>Блок 4</w:t>
      </w:r>
    </w:p>
    <w:p>
      <w:r>
        <w:t>- А как понять, хороший ли перед тобой Васту-эксперт? Есть дипломы?</w:t>
      </w:r>
    </w:p>
    <w:p>
      <w:r>
        <w:t>- Вы с дизайнерами спорите, кто главнее в проекте?</w:t>
      </w:r>
    </w:p>
    <w:p>
      <w:r>
        <w:t>- Что важнее: сделать красиво или по Васту?</w:t>
      </w:r>
    </w:p>
    <w:p>
      <w:r>
        <w:t>- Я дизайнер, хочу попробовать работать с Васту — с чего начать?</w:t>
      </w:r>
    </w:p>
    <w:p>
      <w:r>
        <w:t>- Бывает, что принципы Васту совсем не подходят к пожеланиям клиента?</w:t>
      </w:r>
    </w:p>
    <w:p>
      <w:r>
        <w:t>- А если клиент вообще не верит в это, но жена настаивает — как быть?</w:t>
      </w:r>
    </w:p>
    <w:p>
      <w:r>
        <w:t>- Сколько стоит такая консультация по Васту и как долго она длится?</w:t>
      </w:r>
    </w:p>
    <w:p>
      <w:pPr>
        <w:pStyle w:val="Heading2"/>
      </w:pPr>
      <w:r>
        <w:t>Блок 5</w:t>
      </w:r>
    </w:p>
    <w:p>
      <w:r>
        <w:t>- А зачем делать МОПы по Васту? Там же никто не живёт!</w:t>
      </w:r>
    </w:p>
    <w:p>
      <w:r>
        <w:t>- Это правда, что даже лифты и лестницы нужно учитывать по сторонам света?</w:t>
      </w:r>
    </w:p>
    <w:p>
      <w:r>
        <w:t>- Застройщики реально идут на это? Или это маркетинговый ход?</w:t>
      </w:r>
    </w:p>
    <w:p>
      <w:r>
        <w:t>- Если дом построен по Васту, это значит, там все квартиры хорошие?</w:t>
      </w:r>
    </w:p>
    <w:p>
      <w:r>
        <w:t>- А как быть с соседями — если у них всё не по Васту, это влияет на меня?</w:t>
      </w:r>
    </w:p>
    <w:p>
      <w:r>
        <w:t>- Можно узнать заранее, какие ЖК строятся по Васту?</w:t>
      </w:r>
    </w:p>
    <w:p>
      <w:r>
        <w:t>- Вы думаете, это когда-нибудь станет нормой у нас в России?</w:t>
      </w:r>
    </w:p>
    <w:p>
      <w:pPr>
        <w:pStyle w:val="Heading2"/>
      </w:pPr>
      <w:r>
        <w:t>Блок 6</w:t>
      </w:r>
    </w:p>
    <w:p>
      <w:r>
        <w:t>- Это будет как эко-посёлок, только по Васту?</w:t>
      </w:r>
    </w:p>
    <w:p>
      <w:r>
        <w:t>- А как туда можно попасть? Это будет для всех?</w:t>
      </w:r>
    </w:p>
    <w:p>
      <w:r>
        <w:t>- Будет ли там школа, магазины, или только дома?</w:t>
      </w:r>
    </w:p>
    <w:p>
      <w:r>
        <w:t>- Сколько стоит построить дом по Васту?</w:t>
      </w:r>
    </w:p>
    <w:p>
      <w:r>
        <w:t>- Можно ли купить участок и построить самому, но с вашей помощью?</w:t>
      </w:r>
    </w:p>
    <w:p>
      <w:r>
        <w:t>- А это в Подмосковье будет? Или где-то на юге?</w:t>
      </w:r>
    </w:p>
    <w:p>
      <w:r>
        <w:t>- Где можно посмотреть примеры таких деревень в других странах?</w:t>
      </w:r>
    </w:p>
    <w:p>
      <w:pPr>
        <w:pStyle w:val="Heading1"/>
      </w:pPr>
      <w:r>
        <w:t>Блиц-опрос для гостя</w:t>
      </w:r>
    </w:p>
    <w:p>
      <w:r>
        <w:t>- Север или Юг?</w:t>
      </w:r>
    </w:p>
    <w:p>
      <w:r>
        <w:t>- Огонь или Вода?</w:t>
      </w:r>
    </w:p>
    <w:p>
      <w:r>
        <w:t>- Квадрат или Круг?</w:t>
      </w:r>
    </w:p>
    <w:p>
      <w:r>
        <w:t>- Симметрия или Ассиметрия?</w:t>
      </w:r>
    </w:p>
    <w:p>
      <w:r>
        <w:t>- Тишина или Звук?</w:t>
      </w:r>
    </w:p>
    <w:p>
      <w:r>
        <w:t>- Ритуал или Интуиция?</w:t>
      </w:r>
    </w:p>
    <w:p>
      <w:r>
        <w:t>- Свет или Тень?</w:t>
      </w:r>
    </w:p>
    <w:p>
      <w:pPr>
        <w:pStyle w:val="Heading1"/>
      </w:pPr>
      <w:r>
        <w:t>Исторические факты о Васту Шастра</w:t>
      </w:r>
    </w:p>
    <w:p>
      <w:r>
        <w:t>- Васту Шастра берёт своё начало из Стапатья Веды, части Атхарваведы (1500–1000 гг. до н.э.).</w:t>
      </w:r>
    </w:p>
    <w:p>
      <w:r>
        <w:t>- Согласно легенде, Васту Пуруша — дух, тело которого стало основой для планировки зданий.</w:t>
      </w:r>
    </w:p>
    <w:p>
      <w:r>
        <w:t>- Принципы Васту применялись при проектировании городов Мохенджо-Даро и Хараппа.</w:t>
      </w:r>
    </w:p>
    <w:p>
      <w:r>
        <w:t>- Васту тесно связано с Аюрведой — обе системы стремятся к гармонии человека с природой.</w:t>
      </w:r>
    </w:p>
    <w:p>
      <w:r>
        <w:t>- Элементы Васту были адаптированы в Китае, Тибете и Юго-Восточной Азии.</w:t>
      </w:r>
    </w:p>
    <w:p>
      <w:r>
        <w:t>- Интерес к Васту Шастра возрождается в современной Индии, особенно в элитной архитектуре.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