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589A6" w14:textId="77777777" w:rsidR="00180CEB" w:rsidRPr="006939CB" w:rsidRDefault="009E75AB">
      <w:pPr>
        <w:spacing w:after="0" w:line="240" w:lineRule="auto"/>
        <w:jc w:val="right"/>
        <w:rPr>
          <w:lang w:val="ru-RU"/>
        </w:rPr>
      </w:pPr>
      <w:r w:rsidRPr="006939CB">
        <w:rPr>
          <w:rFonts w:eastAsia="Times New Roman"/>
          <w:sz w:val="22"/>
          <w:lang w:val="ru-RU"/>
        </w:rPr>
        <w:t>Приложение № 2</w:t>
      </w:r>
    </w:p>
    <w:p w14:paraId="0BBE8225" w14:textId="77777777" w:rsidR="00180CEB" w:rsidRPr="006939CB" w:rsidRDefault="009E75AB">
      <w:pPr>
        <w:spacing w:after="80" w:line="240" w:lineRule="auto"/>
        <w:jc w:val="right"/>
        <w:rPr>
          <w:lang w:val="ru-RU"/>
        </w:rPr>
      </w:pPr>
      <w:r w:rsidRPr="006939CB">
        <w:rPr>
          <w:rFonts w:eastAsia="Times New Roman"/>
          <w:sz w:val="22"/>
          <w:lang w:val="ru-RU"/>
        </w:rPr>
        <w:t>к договору № 1-26/09 от 02 сентября 2026 г.</w:t>
      </w:r>
    </w:p>
    <w:p w14:paraId="26937AF1" w14:textId="77777777" w:rsidR="00180CEB" w:rsidRPr="006939CB" w:rsidRDefault="009E75AB">
      <w:pPr>
        <w:spacing w:after="160" w:line="240" w:lineRule="auto"/>
        <w:jc w:val="center"/>
        <w:rPr>
          <w:lang w:val="ru-RU"/>
        </w:rPr>
      </w:pPr>
      <w:r w:rsidRPr="006939CB">
        <w:rPr>
          <w:rFonts w:eastAsia="Times New Roman"/>
          <w:b/>
          <w:lang w:val="ru-RU"/>
        </w:rPr>
        <w:t>Техническое задание на разработку планировочного решения</w:t>
      </w:r>
    </w:p>
    <w:p w14:paraId="02E03D8E" w14:textId="77777777" w:rsidR="00180CEB" w:rsidRDefault="009E75AB">
      <w:pPr>
        <w:spacing w:after="40" w:line="240" w:lineRule="auto"/>
        <w:rPr>
          <w:rFonts w:eastAsia="Times New Roman"/>
          <w:b/>
          <w:lang w:val="ru-RU"/>
        </w:rPr>
      </w:pPr>
      <w:proofErr w:type="spellStart"/>
      <w:r>
        <w:rPr>
          <w:rFonts w:eastAsia="Times New Roman"/>
          <w:b/>
        </w:rPr>
        <w:t>Помещение</w:t>
      </w:r>
      <w:proofErr w:type="spellEnd"/>
      <w:r>
        <w:rPr>
          <w:rFonts w:eastAsia="Times New Roman"/>
          <w:b/>
        </w:rPr>
        <w:t xml:space="preserve">: </w:t>
      </w:r>
      <w:proofErr w:type="spellStart"/>
      <w:r>
        <w:rPr>
          <w:rFonts w:eastAsia="Times New Roman"/>
          <w:b/>
        </w:rPr>
        <w:t>детская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комната</w:t>
      </w:r>
      <w:proofErr w:type="spellEnd"/>
    </w:p>
    <w:p w14:paraId="56ADA190" w14:textId="77777777" w:rsidR="006939CB" w:rsidRDefault="006939CB">
      <w:pPr>
        <w:spacing w:after="40" w:line="240" w:lineRule="auto"/>
        <w:rPr>
          <w:rFonts w:eastAsia="Times New Roman"/>
          <w:b/>
          <w:lang w:val="ru-RU"/>
        </w:rPr>
      </w:pPr>
    </w:p>
    <w:p w14:paraId="735AA355" w14:textId="77777777" w:rsidR="006939CB" w:rsidRPr="006939CB" w:rsidRDefault="006939CB">
      <w:pPr>
        <w:spacing w:after="40" w:line="240" w:lineRule="auto"/>
        <w:rPr>
          <w:lang w:val="ru-RU"/>
        </w:rPr>
      </w:pPr>
    </w:p>
    <w:p w14:paraId="6FA6276E" w14:textId="77777777" w:rsidR="00180CEB" w:rsidRDefault="009E75AB">
      <w:pPr>
        <w:spacing w:after="160" w:line="240" w:lineRule="auto"/>
      </w:pPr>
      <w:proofErr w:type="spellStart"/>
      <w:r>
        <w:rPr>
          <w:rFonts w:eastAsia="Times New Roman"/>
        </w:rPr>
        <w:t>Адрес</w:t>
      </w:r>
      <w:proofErr w:type="spellEnd"/>
      <w:r>
        <w:rPr>
          <w:rFonts w:eastAsia="Times New Roman"/>
        </w:rPr>
        <w:t>: _________________________________________________</w:t>
      </w:r>
    </w:p>
    <w:tbl>
      <w:tblPr>
        <w:tblW w:w="10346" w:type="dxa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078"/>
      </w:tblGrid>
      <w:tr w:rsidR="00180CEB" w14:paraId="61A50155" w14:textId="77777777">
        <w:trPr>
          <w:cantSplit/>
          <w:tblHeader/>
          <w:jc w:val="center"/>
        </w:trPr>
        <w:tc>
          <w:tcPr>
            <w:tcW w:w="226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443A5AB" w14:textId="77777777" w:rsidR="00180CEB" w:rsidRDefault="009E75AB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</w:rPr>
              <w:t>ВОПРОС</w:t>
            </w:r>
          </w:p>
        </w:tc>
        <w:tc>
          <w:tcPr>
            <w:tcW w:w="8079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2376185" w14:textId="77777777" w:rsidR="00180CEB" w:rsidRDefault="009E75AB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</w:rPr>
              <w:t>ВАШ ОТВЕТ</w:t>
            </w:r>
          </w:p>
        </w:tc>
      </w:tr>
      <w:tr w:rsidR="00180CEB" w:rsidRPr="007D1BDD" w14:paraId="22319B0B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3107CD" w14:textId="77777777" w:rsidR="00180CEB" w:rsidRDefault="009E75AB">
            <w:pPr>
              <w:spacing w:after="0" w:line="240" w:lineRule="auto"/>
            </w:pPr>
            <w:r>
              <w:rPr>
                <w:rFonts w:eastAsia="Times New Roman"/>
                <w:b/>
              </w:rPr>
              <w:t>Пользователь комнаты</w:t>
            </w:r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C99EB5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Возраст ребёнка: ______________________________</w:t>
            </w:r>
          </w:p>
          <w:p w14:paraId="16FCCE21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  <w:t>Рост (если важен для высоты мебели): __________________</w:t>
            </w:r>
          </w:p>
          <w:p w14:paraId="725FACFA" w14:textId="77777777" w:rsidR="006939CB" w:rsidRDefault="006939CB">
            <w:pPr>
              <w:spacing w:after="0" w:line="240" w:lineRule="auto"/>
              <w:rPr>
                <w:rFonts w:eastAsia="Times New Roman"/>
                <w:lang w:val="ru-RU"/>
              </w:rPr>
            </w:pPr>
          </w:p>
          <w:p w14:paraId="7E0508DA" w14:textId="7B7C80A1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  <w:t>Хобби, увлечения, занятия, которые нужно учесть: ______________________________</w:t>
            </w:r>
          </w:p>
        </w:tc>
      </w:tr>
      <w:tr w:rsidR="00180CEB" w:rsidRPr="007D1BDD" w14:paraId="400D2B2A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15B49C" w14:textId="77777777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Имеющиеся предметы, которые необходимо сохранить</w:t>
            </w:r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A1ADD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Перечислить мебель, технику и другие предметы с размерами:</w:t>
            </w:r>
          </w:p>
          <w:p w14:paraId="2FBEA6AE" w14:textId="5B7BE2D6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  <w:t>________________________________________________________</w:t>
            </w:r>
            <w:r w:rsidRPr="006939CB">
              <w:rPr>
                <w:rFonts w:eastAsia="Times New Roman"/>
                <w:lang w:val="ru-RU"/>
              </w:rPr>
              <w:br/>
              <w:t>________________________________________________________</w:t>
            </w:r>
            <w:r w:rsidRPr="006939CB">
              <w:rPr>
                <w:rFonts w:eastAsia="Times New Roman"/>
                <w:lang w:val="ru-RU"/>
              </w:rPr>
              <w:br/>
            </w:r>
            <w:r w:rsidRPr="006939CB">
              <w:rPr>
                <w:rFonts w:eastAsia="Times New Roman"/>
                <w:i/>
                <w:lang w:val="ru-RU"/>
              </w:rPr>
              <w:t>При возможности приложить фотографии и указать точные размеры.</w:t>
            </w:r>
          </w:p>
        </w:tc>
      </w:tr>
      <w:tr w:rsidR="00180CEB" w:rsidRPr="006939CB" w14:paraId="79161FDD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3DCED0" w14:textId="77777777" w:rsidR="00180CEB" w:rsidRDefault="009E75AB">
            <w:pPr>
              <w:spacing w:after="0" w:line="240" w:lineRule="auto"/>
            </w:pPr>
            <w:proofErr w:type="spellStart"/>
            <w:r>
              <w:rPr>
                <w:rFonts w:eastAsia="Times New Roman"/>
              </w:rPr>
              <w:t>Основные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функции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комнаты</w:t>
            </w:r>
            <w:proofErr w:type="spellEnd"/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4A68D0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 сон    ☐ учёба    ☐ игры    ☐ чтение    ☐ спорт</w:t>
            </w:r>
            <w:r w:rsidRPr="006939CB">
              <w:rPr>
                <w:rFonts w:eastAsia="Times New Roman"/>
                <w:lang w:val="ru-RU"/>
              </w:rPr>
              <w:br/>
              <w:t>☐ приём друзей    ☐ дополнительное спальное место</w:t>
            </w:r>
          </w:p>
          <w:p w14:paraId="6233D242" w14:textId="10A55213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  <w:t>☐ другое: _____________________________________________</w:t>
            </w:r>
          </w:p>
        </w:tc>
      </w:tr>
      <w:tr w:rsidR="00180CEB" w:rsidRPr="007D1BDD" w14:paraId="49AD1BA4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D16515" w14:textId="77777777" w:rsidR="00180CEB" w:rsidRDefault="009E75AB">
            <w:pPr>
              <w:spacing w:after="0" w:line="240" w:lineRule="auto"/>
            </w:pPr>
            <w:proofErr w:type="spellStart"/>
            <w:r>
              <w:rPr>
                <w:rFonts w:eastAsia="Times New Roman"/>
                <w:b/>
              </w:rPr>
              <w:t>Кровать</w:t>
            </w:r>
            <w:proofErr w:type="spellEnd"/>
            <w:r>
              <w:rPr>
                <w:rFonts w:eastAsia="Times New Roman"/>
                <w:b/>
              </w:rPr>
              <w:t xml:space="preserve"> / </w:t>
            </w:r>
            <w:proofErr w:type="spellStart"/>
            <w:r>
              <w:rPr>
                <w:rFonts w:eastAsia="Times New Roman"/>
                <w:b/>
              </w:rPr>
              <w:t>спальное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место</w:t>
            </w:r>
            <w:proofErr w:type="spellEnd"/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00BD23" w14:textId="77777777" w:rsidR="006939CB" w:rsidRDefault="009E75AB">
            <w:pPr>
              <w:spacing w:after="0" w:line="240" w:lineRule="auto"/>
              <w:rPr>
                <w:rFonts w:eastAsia="Times New Roman"/>
                <w:b/>
                <w:lang w:val="ru-RU"/>
              </w:rPr>
            </w:pPr>
            <w:r w:rsidRPr="006939CB">
              <w:rPr>
                <w:rFonts w:eastAsia="Times New Roman"/>
                <w:b/>
                <w:lang w:val="ru-RU"/>
              </w:rPr>
              <w:t xml:space="preserve">Размер спального </w:t>
            </w:r>
            <w:proofErr w:type="gramStart"/>
            <w:r w:rsidRPr="006939CB">
              <w:rPr>
                <w:rFonts w:eastAsia="Times New Roman"/>
                <w:b/>
                <w:lang w:val="ru-RU"/>
              </w:rPr>
              <w:t>места:  ☐</w:t>
            </w:r>
            <w:proofErr w:type="gramEnd"/>
            <w:r w:rsidRPr="006939CB">
              <w:rPr>
                <w:rFonts w:eastAsia="Times New Roman"/>
                <w:b/>
                <w:lang w:val="ru-RU"/>
              </w:rPr>
              <w:t xml:space="preserve"> 80×200   ☐ 90×200   ☐ 120×200   ☐ 140×200</w:t>
            </w:r>
          </w:p>
          <w:p w14:paraId="5C1FC3F3" w14:textId="0EA3B919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b/>
                <w:lang w:val="ru-RU"/>
              </w:rPr>
              <w:br/>
            </w:r>
            <w:r w:rsidRPr="006939CB">
              <w:rPr>
                <w:rFonts w:eastAsia="Times New Roman"/>
                <w:lang w:val="ru-RU"/>
              </w:rPr>
              <w:t>☐ другое: ____________________</w:t>
            </w:r>
            <w:r w:rsidRPr="006939CB">
              <w:rPr>
                <w:rFonts w:eastAsia="Times New Roman"/>
                <w:lang w:val="ru-RU"/>
              </w:rPr>
              <w:br/>
              <w:t>Тип/особые пожелания к кровати: __________________________</w:t>
            </w:r>
            <w:r w:rsidRPr="006939CB">
              <w:rPr>
                <w:rFonts w:eastAsia="Times New Roman"/>
                <w:lang w:val="ru-RU"/>
              </w:rPr>
              <w:br/>
              <w:t>Нужен подход к кровати: ☐ с одной стороны   ☐ с двух сторон   ☐ неважно</w:t>
            </w:r>
          </w:p>
        </w:tc>
      </w:tr>
      <w:tr w:rsidR="00180CEB" w:rsidRPr="007D1BDD" w14:paraId="5C8E649B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0A3EAB" w14:textId="77777777" w:rsidR="00180CEB" w:rsidRDefault="009E75AB">
            <w:pPr>
              <w:spacing w:after="0" w:line="240" w:lineRule="auto"/>
            </w:pPr>
            <w:proofErr w:type="spellStart"/>
            <w:r>
              <w:rPr>
                <w:rFonts w:eastAsia="Times New Roman"/>
              </w:rPr>
              <w:t>Прикроватная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зона</w:t>
            </w:r>
            <w:proofErr w:type="spellEnd"/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4CFAA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 прикроватная тумба   ☐ полка   ☐ бра/настенный светильник</w:t>
            </w:r>
          </w:p>
          <w:p w14:paraId="5112E2AA" w14:textId="4964C560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  <w:t>☐ розетки у кровати   ☐ место для зарядки</w:t>
            </w:r>
            <w:r w:rsidRPr="006939CB">
              <w:rPr>
                <w:rFonts w:eastAsia="Times New Roman"/>
                <w:lang w:val="ru-RU"/>
              </w:rPr>
              <w:br/>
              <w:t>Другое: _______________________________________________</w:t>
            </w:r>
          </w:p>
        </w:tc>
      </w:tr>
      <w:tr w:rsidR="00180CEB" w:rsidRPr="007D1BDD" w14:paraId="5FEA4F41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B667C6" w14:textId="77777777" w:rsidR="00180CEB" w:rsidRDefault="009E75AB">
            <w:pPr>
              <w:spacing w:after="0" w:line="240" w:lineRule="auto"/>
            </w:pPr>
            <w:proofErr w:type="spellStart"/>
            <w:r>
              <w:rPr>
                <w:rFonts w:eastAsia="Times New Roman"/>
                <w:b/>
              </w:rPr>
              <w:t>Рабочая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зона</w:t>
            </w:r>
            <w:proofErr w:type="spellEnd"/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99EDB7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 письменный стол   ☐ рабочее кресло   ☐ тумба/ящики</w:t>
            </w:r>
            <w:r w:rsidRPr="006939CB">
              <w:rPr>
                <w:rFonts w:eastAsia="Times New Roman"/>
                <w:lang w:val="ru-RU"/>
              </w:rPr>
              <w:br/>
              <w:t>Желаемый размер стола: _________________________________</w:t>
            </w:r>
            <w:r w:rsidRPr="006939CB">
              <w:rPr>
                <w:rFonts w:eastAsia="Times New Roman"/>
                <w:lang w:val="ru-RU"/>
              </w:rPr>
              <w:br/>
              <w:t>Техника: ☐ компьютер   ☐ ноутбук   ☐ монитор(</w:t>
            </w:r>
            <w:proofErr w:type="gramStart"/>
            <w:r w:rsidRPr="006939CB">
              <w:rPr>
                <w:rFonts w:eastAsia="Times New Roman"/>
                <w:lang w:val="ru-RU"/>
              </w:rPr>
              <w:t xml:space="preserve">ы)   </w:t>
            </w:r>
            <w:proofErr w:type="gramEnd"/>
            <w:r w:rsidRPr="006939CB">
              <w:rPr>
                <w:rFonts w:eastAsia="Times New Roman"/>
                <w:lang w:val="ru-RU"/>
              </w:rPr>
              <w:t>☐ принтер</w:t>
            </w:r>
          </w:p>
          <w:p w14:paraId="39B7EC20" w14:textId="7FCF73C9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  <w:t>Нужно хранение учебников/канцелярии: ☐ да   ☐ нет</w:t>
            </w:r>
          </w:p>
        </w:tc>
      </w:tr>
    </w:tbl>
    <w:p w14:paraId="3AEF6354" w14:textId="77777777" w:rsidR="00180CEB" w:rsidRPr="006939CB" w:rsidRDefault="009E75AB">
      <w:pPr>
        <w:spacing w:after="0" w:line="240" w:lineRule="auto"/>
        <w:rPr>
          <w:lang w:val="ru-RU"/>
        </w:rPr>
      </w:pPr>
      <w:r w:rsidRPr="006939CB">
        <w:rPr>
          <w:lang w:val="ru-RU"/>
        </w:rPr>
        <w:br w:type="page"/>
      </w:r>
    </w:p>
    <w:tbl>
      <w:tblPr>
        <w:tblW w:w="10346" w:type="dxa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078"/>
      </w:tblGrid>
      <w:tr w:rsidR="00180CEB" w14:paraId="03985330" w14:textId="77777777">
        <w:trPr>
          <w:cantSplit/>
          <w:tblHeader/>
          <w:jc w:val="center"/>
        </w:trPr>
        <w:tc>
          <w:tcPr>
            <w:tcW w:w="226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CC26AE1" w14:textId="77777777" w:rsidR="00180CEB" w:rsidRDefault="009E75AB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</w:rPr>
              <w:lastRenderedPageBreak/>
              <w:t>ВОПРОС</w:t>
            </w:r>
          </w:p>
        </w:tc>
        <w:tc>
          <w:tcPr>
            <w:tcW w:w="8079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98AF9A8" w14:textId="77777777" w:rsidR="00180CEB" w:rsidRDefault="009E75AB"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</w:rPr>
              <w:t>ВАШ ОТВЕТ</w:t>
            </w:r>
          </w:p>
        </w:tc>
      </w:tr>
      <w:tr w:rsidR="00180CEB" w:rsidRPr="007D1BDD" w14:paraId="16DCC0DB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BC11E9" w14:textId="77777777" w:rsidR="00180CEB" w:rsidRDefault="009E75AB">
            <w:pPr>
              <w:spacing w:after="0" w:line="240" w:lineRule="auto"/>
            </w:pPr>
            <w:r>
              <w:rPr>
                <w:rFonts w:eastAsia="Times New Roman"/>
                <w:b/>
              </w:rPr>
              <w:t>Хранение</w:t>
            </w:r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07263D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 шкаф распашной   ☐ шкаф-купе   ☐ комод   ☐ стеллаж</w:t>
            </w:r>
            <w:r w:rsidRPr="006939CB">
              <w:rPr>
                <w:rFonts w:eastAsia="Times New Roman"/>
                <w:lang w:val="ru-RU"/>
              </w:rPr>
              <w:br/>
              <w:t>☐ книжные полки   ☐ хранение игрушек   ☐ хранение спортинвентаря</w:t>
            </w:r>
          </w:p>
          <w:p w14:paraId="1B07D756" w14:textId="66923D22" w:rsidR="00180CEB" w:rsidRPr="006939CB" w:rsidRDefault="006939C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</w:t>
            </w:r>
            <w:r>
              <w:rPr>
                <w:rFonts w:eastAsia="Times New Roman"/>
                <w:lang w:val="ru-RU"/>
              </w:rPr>
              <w:t xml:space="preserve"> по дизайну</w:t>
            </w:r>
            <w:r w:rsidR="009E75AB" w:rsidRPr="006939CB">
              <w:rPr>
                <w:rFonts w:eastAsia="Times New Roman"/>
                <w:lang w:val="ru-RU"/>
              </w:rPr>
              <w:br/>
              <w:t>Что и в каком объёме необходимо хранить:</w:t>
            </w:r>
            <w:r w:rsidR="009E75AB" w:rsidRPr="006939CB">
              <w:rPr>
                <w:rFonts w:eastAsia="Times New Roman"/>
                <w:lang w:val="ru-RU"/>
              </w:rPr>
              <w:br/>
              <w:t>________________________________________________________</w:t>
            </w:r>
            <w:r w:rsidR="009E75AB" w:rsidRPr="006939CB">
              <w:rPr>
                <w:rFonts w:eastAsia="Times New Roman"/>
                <w:lang w:val="ru-RU"/>
              </w:rPr>
              <w:br/>
              <w:t>________________________________________________________</w:t>
            </w:r>
          </w:p>
        </w:tc>
      </w:tr>
      <w:tr w:rsidR="00180CEB" w:rsidRPr="006939CB" w14:paraId="6833BD27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DF5765" w14:textId="77777777" w:rsidR="00180CEB" w:rsidRDefault="009E75AB">
            <w:pPr>
              <w:spacing w:after="0" w:line="240" w:lineRule="auto"/>
            </w:pPr>
            <w:proofErr w:type="spellStart"/>
            <w:r>
              <w:rPr>
                <w:rFonts w:eastAsia="Times New Roman"/>
              </w:rPr>
              <w:t>Дополнительная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мебель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зоны</w:t>
            </w:r>
            <w:proofErr w:type="spellEnd"/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A698E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 диван/кресло   ☐ пуф   ☐ телевизор   ☐ ТВ-тумба</w:t>
            </w:r>
            <w:r w:rsidRPr="006939CB">
              <w:rPr>
                <w:rFonts w:eastAsia="Times New Roman"/>
                <w:lang w:val="ru-RU"/>
              </w:rPr>
              <w:br/>
              <w:t>☐ спортивная стенка/турник   ☐ музыкальный инструмент</w:t>
            </w:r>
            <w:r w:rsidRPr="006939CB">
              <w:rPr>
                <w:rFonts w:eastAsia="Times New Roman"/>
                <w:lang w:val="ru-RU"/>
              </w:rPr>
              <w:br/>
              <w:t>☐ зеркало   ☐ дополнительное спальное место</w:t>
            </w:r>
          </w:p>
          <w:p w14:paraId="6C287C41" w14:textId="13402A7B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  <w:t>Другое: _______________________________________________</w:t>
            </w:r>
          </w:p>
        </w:tc>
      </w:tr>
      <w:tr w:rsidR="00180CEB" w:rsidRPr="007D1BDD" w14:paraId="274A5633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EC5E9B" w14:textId="77777777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Освещение и электрика, влияющие на расстановку мебели</w:t>
            </w:r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43E32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 центральный свет   ☐ потолочные светильники/споты</w:t>
            </w:r>
            <w:r w:rsidRPr="006939CB">
              <w:rPr>
                <w:rFonts w:eastAsia="Times New Roman"/>
                <w:lang w:val="ru-RU"/>
              </w:rPr>
              <w:br/>
              <w:t>☐ свет у кровати   ☐ рабочий свет у стола   ☐ декоративная подсветка</w:t>
            </w:r>
          </w:p>
          <w:p w14:paraId="50EEB078" w14:textId="5B433A83" w:rsidR="00180CEB" w:rsidRPr="009E75A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</w:r>
            <w:r w:rsidRPr="009E75AB">
              <w:rPr>
                <w:rFonts w:eastAsia="Times New Roman"/>
                <w:b/>
                <w:bCs/>
                <w:lang w:val="ru-RU"/>
              </w:rPr>
              <w:t>Освещение и электрика, влияющие на планировку:</w:t>
            </w:r>
            <w:r w:rsidRPr="009E75AB">
              <w:rPr>
                <w:rFonts w:eastAsia="Times New Roman"/>
                <w:lang w:val="ru-RU"/>
              </w:rPr>
              <w:t xml:space="preserve"> указать существующие розетки, выключатели и выводы, расположение которых необходимо учесть при расстановке мебели, а также иные уже заданные точки электрики, если они имеются.</w:t>
            </w:r>
          </w:p>
          <w:p w14:paraId="3DF62731" w14:textId="7C9147A1" w:rsidR="009E75AB" w:rsidRPr="009E75AB" w:rsidRDefault="009E75AB">
            <w:pPr>
              <w:spacing w:after="0" w:line="240" w:lineRule="auto"/>
              <w:rPr>
                <w:lang w:val="ru-RU"/>
              </w:rPr>
            </w:pPr>
          </w:p>
        </w:tc>
      </w:tr>
      <w:tr w:rsidR="00180CEB" w:rsidRPr="006939CB" w14:paraId="228A395E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99C5F" w14:textId="77777777" w:rsidR="00180CEB" w:rsidRDefault="009E75AB">
            <w:pPr>
              <w:spacing w:after="0" w:line="240" w:lineRule="auto"/>
            </w:pPr>
            <w:proofErr w:type="spellStart"/>
            <w:r>
              <w:rPr>
                <w:rFonts w:eastAsia="Times New Roman"/>
              </w:rPr>
              <w:t>Потолок</w:t>
            </w:r>
            <w:proofErr w:type="spellEnd"/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F41326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 существующий потолок и расположение света сохраняются</w:t>
            </w:r>
            <w:r w:rsidRPr="006939CB">
              <w:rPr>
                <w:rFonts w:eastAsia="Times New Roman"/>
                <w:lang w:val="ru-RU"/>
              </w:rPr>
              <w:br/>
              <w:t>☐ допускается изменение потолка/расположения светильников</w:t>
            </w:r>
          </w:p>
          <w:p w14:paraId="5C50CB0B" w14:textId="4D8EC4C4" w:rsidR="00180CEB" w:rsidRPr="006939CB" w:rsidRDefault="006939C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☐</w:t>
            </w:r>
            <w:r>
              <w:rPr>
                <w:rFonts w:eastAsia="Times New Roman"/>
                <w:lang w:val="ru-RU"/>
              </w:rPr>
              <w:t xml:space="preserve"> по дизайну </w:t>
            </w:r>
            <w:r w:rsidR="009E75AB" w:rsidRPr="006939CB">
              <w:rPr>
                <w:rFonts w:eastAsia="Times New Roman"/>
                <w:lang w:val="ru-RU"/>
              </w:rPr>
              <w:br/>
              <w:t>Пожелания/ограничения: __________________________________</w:t>
            </w:r>
          </w:p>
        </w:tc>
      </w:tr>
      <w:tr w:rsidR="00180CEB" w:rsidRPr="006939CB" w14:paraId="6596C6FA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C792DB" w14:textId="77777777" w:rsidR="00180CEB" w:rsidRDefault="009E75AB">
            <w:pPr>
              <w:spacing w:after="0" w:line="240" w:lineRule="auto"/>
            </w:pPr>
            <w:proofErr w:type="spellStart"/>
            <w:r>
              <w:rPr>
                <w:rFonts w:eastAsia="Times New Roman"/>
                <w:b/>
              </w:rPr>
              <w:t>Ограничения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по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планировке</w:t>
            </w:r>
            <w:proofErr w:type="spellEnd"/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14AC6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t>Что нельзя переносить/демонтировать или где нежелательно размещать мебель:</w:t>
            </w:r>
          </w:p>
          <w:p w14:paraId="2259AEE2" w14:textId="791F82FE" w:rsidR="00180CEB" w:rsidRPr="006939CB" w:rsidRDefault="009E75AB">
            <w:pPr>
              <w:spacing w:after="0" w:line="240" w:lineRule="auto"/>
              <w:rPr>
                <w:lang w:val="ru-RU"/>
              </w:rPr>
            </w:pPr>
            <w:r w:rsidRPr="006939CB">
              <w:rPr>
                <w:rFonts w:eastAsia="Times New Roman"/>
                <w:lang w:val="ru-RU"/>
              </w:rPr>
              <w:br/>
              <w:t>________________________________________________________</w:t>
            </w:r>
            <w:r w:rsidRPr="006939CB">
              <w:rPr>
                <w:rFonts w:eastAsia="Times New Roman"/>
                <w:lang w:val="ru-RU"/>
              </w:rPr>
              <w:br/>
              <w:t>________________________________________________________</w:t>
            </w:r>
          </w:p>
        </w:tc>
      </w:tr>
      <w:tr w:rsidR="00180CEB" w14:paraId="72A43FDE" w14:textId="77777777" w:rsidTr="009E75AB">
        <w:trPr>
          <w:cantSplit/>
          <w:trHeight w:val="1435"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5C4B78" w14:textId="77777777" w:rsidR="00180CEB" w:rsidRDefault="009E75AB">
            <w:pPr>
              <w:spacing w:after="0" w:line="240" w:lineRule="auto"/>
            </w:pPr>
            <w:proofErr w:type="spellStart"/>
            <w:r>
              <w:rPr>
                <w:rFonts w:eastAsia="Times New Roman"/>
              </w:rPr>
              <w:t>Дополнительные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пожелания</w:t>
            </w:r>
            <w:proofErr w:type="spellEnd"/>
          </w:p>
        </w:tc>
        <w:tc>
          <w:tcPr>
            <w:tcW w:w="80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66A018" w14:textId="77777777" w:rsidR="006939CB" w:rsidRDefault="009E75AB">
            <w:pPr>
              <w:spacing w:after="0" w:line="240" w:lineRule="auto"/>
              <w:rPr>
                <w:rFonts w:eastAsia="Times New Roman"/>
                <w:lang w:val="ru-RU"/>
              </w:rPr>
            </w:pPr>
            <w:r>
              <w:rPr>
                <w:rFonts w:eastAsia="Times New Roman"/>
              </w:rPr>
              <w:t>________________________________________________________</w:t>
            </w:r>
          </w:p>
          <w:p w14:paraId="43C834F4" w14:textId="6BCE7B8C" w:rsidR="00180CEB" w:rsidRDefault="009E75AB">
            <w:pPr>
              <w:spacing w:after="0" w:line="240" w:lineRule="auto"/>
            </w:pPr>
            <w:r>
              <w:rPr>
                <w:rFonts w:eastAsia="Times New Roman"/>
              </w:rPr>
              <w:br/>
              <w:t>________________________________________________________</w:t>
            </w:r>
            <w:r>
              <w:rPr>
                <w:rFonts w:eastAsia="Times New Roman"/>
              </w:rPr>
              <w:br/>
              <w:t>________________________________________________________</w:t>
            </w:r>
          </w:p>
        </w:tc>
      </w:tr>
    </w:tbl>
    <w:p w14:paraId="1F3D7209" w14:textId="77777777" w:rsidR="009E75AB" w:rsidRDefault="009E75AB">
      <w:pPr>
        <w:spacing w:before="120" w:after="80" w:line="240" w:lineRule="auto"/>
        <w:rPr>
          <w:rFonts w:eastAsia="Times New Roman"/>
          <w:b/>
          <w:sz w:val="21"/>
          <w:lang w:val="ru-RU"/>
        </w:rPr>
      </w:pPr>
      <w:r w:rsidRPr="006939CB">
        <w:rPr>
          <w:rFonts w:eastAsia="Times New Roman"/>
          <w:b/>
          <w:sz w:val="21"/>
          <w:lang w:val="ru-RU"/>
        </w:rPr>
        <w:t xml:space="preserve">Техническое задание является основанием для разработки планировочного решения. </w:t>
      </w:r>
    </w:p>
    <w:p w14:paraId="22330F93" w14:textId="7E1FA658" w:rsidR="00180CEB" w:rsidRDefault="009E75AB">
      <w:pPr>
        <w:spacing w:before="120" w:after="80" w:line="240" w:lineRule="auto"/>
        <w:rPr>
          <w:rFonts w:eastAsia="Times New Roman"/>
          <w:b/>
          <w:sz w:val="21"/>
          <w:lang w:val="ru-RU"/>
        </w:rPr>
      </w:pPr>
      <w:r w:rsidRPr="009E75AB">
        <w:rPr>
          <w:rFonts w:eastAsia="Times New Roman"/>
          <w:b/>
          <w:sz w:val="21"/>
          <w:lang w:val="ru-RU"/>
        </w:rPr>
        <w:t>Изменения после его утверждения выполняются в порядке, предусмотренном Договором.</w:t>
      </w:r>
    </w:p>
    <w:p w14:paraId="281D10F1" w14:textId="77777777" w:rsidR="009E75AB" w:rsidRPr="009E75AB" w:rsidRDefault="009E75AB">
      <w:pPr>
        <w:spacing w:before="120" w:after="80" w:line="240" w:lineRule="auto"/>
        <w:rPr>
          <w:lang w:val="ru-RU"/>
        </w:rPr>
      </w:pPr>
    </w:p>
    <w:tbl>
      <w:tblPr>
        <w:tblW w:w="1034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73"/>
        <w:gridCol w:w="5173"/>
      </w:tblGrid>
      <w:tr w:rsidR="00180CEB" w14:paraId="4AAE3B0D" w14:textId="77777777">
        <w:trPr>
          <w:jc w:val="center"/>
        </w:trPr>
        <w:tc>
          <w:tcPr>
            <w:tcW w:w="5173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895353" w14:textId="77777777" w:rsidR="00180CEB" w:rsidRDefault="009E75AB">
            <w:pPr>
              <w:spacing w:after="0" w:line="240" w:lineRule="auto"/>
              <w:rPr>
                <w:rFonts w:eastAsia="Times New Roman"/>
                <w:sz w:val="22"/>
                <w:lang w:val="ru-RU"/>
              </w:rPr>
            </w:pPr>
            <w:r>
              <w:rPr>
                <w:rFonts w:eastAsia="Times New Roman"/>
                <w:sz w:val="22"/>
              </w:rPr>
              <w:t>«</w:t>
            </w:r>
            <w:proofErr w:type="spellStart"/>
            <w:r>
              <w:rPr>
                <w:rFonts w:eastAsia="Times New Roman"/>
                <w:sz w:val="22"/>
              </w:rPr>
              <w:t>Исполнитель</w:t>
            </w:r>
            <w:proofErr w:type="spellEnd"/>
            <w:r>
              <w:rPr>
                <w:rFonts w:eastAsia="Times New Roman"/>
                <w:sz w:val="22"/>
              </w:rPr>
              <w:t>»</w:t>
            </w:r>
          </w:p>
          <w:p w14:paraId="0BB0F036" w14:textId="77777777" w:rsidR="007D1BDD" w:rsidRDefault="007D1BDD">
            <w:pPr>
              <w:spacing w:after="0" w:line="240" w:lineRule="auto"/>
              <w:rPr>
                <w:rFonts w:eastAsia="Times New Roman"/>
                <w:sz w:val="22"/>
                <w:lang w:val="ru-RU"/>
              </w:rPr>
            </w:pPr>
          </w:p>
          <w:p w14:paraId="1BE951D9" w14:textId="77777777" w:rsidR="007D1BDD" w:rsidRPr="007D1BDD" w:rsidRDefault="007D1BDD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5173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F5A455" w14:textId="77777777" w:rsidR="00180CEB" w:rsidRDefault="009E75AB">
            <w:pPr>
              <w:spacing w:after="0" w:line="240" w:lineRule="auto"/>
            </w:pPr>
            <w:r>
              <w:rPr>
                <w:rFonts w:eastAsia="Times New Roman"/>
                <w:sz w:val="22"/>
              </w:rPr>
              <w:t>«</w:t>
            </w:r>
            <w:proofErr w:type="spellStart"/>
            <w:r>
              <w:rPr>
                <w:rFonts w:eastAsia="Times New Roman"/>
                <w:sz w:val="22"/>
              </w:rPr>
              <w:t>Заказчик</w:t>
            </w:r>
            <w:proofErr w:type="spellEnd"/>
            <w:r>
              <w:rPr>
                <w:rFonts w:eastAsia="Times New Roman"/>
                <w:sz w:val="22"/>
              </w:rPr>
              <w:t>»</w:t>
            </w:r>
          </w:p>
        </w:tc>
      </w:tr>
      <w:tr w:rsidR="00180CEB" w14:paraId="01981D67" w14:textId="77777777">
        <w:trPr>
          <w:jc w:val="center"/>
        </w:trPr>
        <w:tc>
          <w:tcPr>
            <w:tcW w:w="5173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1C4A53" w14:textId="77777777" w:rsidR="00180CEB" w:rsidRDefault="009E75AB">
            <w:pPr>
              <w:spacing w:after="0" w:line="240" w:lineRule="auto"/>
            </w:pPr>
            <w:r>
              <w:rPr>
                <w:rFonts w:eastAsia="Times New Roman"/>
                <w:sz w:val="22"/>
              </w:rPr>
              <w:t>/________________/ Чапланова П.О.</w:t>
            </w:r>
          </w:p>
        </w:tc>
        <w:tc>
          <w:tcPr>
            <w:tcW w:w="5173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5C1B81" w14:textId="77777777" w:rsidR="00180CEB" w:rsidRDefault="009E75AB">
            <w:pPr>
              <w:spacing w:after="0" w:line="240" w:lineRule="auto"/>
            </w:pPr>
            <w:r>
              <w:rPr>
                <w:rFonts w:eastAsia="Times New Roman"/>
                <w:sz w:val="22"/>
              </w:rPr>
              <w:t>/________________/ ________________________</w:t>
            </w:r>
          </w:p>
        </w:tc>
      </w:tr>
    </w:tbl>
    <w:p w14:paraId="43AC9D82" w14:textId="77777777" w:rsidR="009E75AB" w:rsidRDefault="009E75AB"/>
    <w:sectPr w:rsidR="009E75AB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1468585">
    <w:abstractNumId w:val="8"/>
  </w:num>
  <w:num w:numId="2" w16cid:durableId="321859514">
    <w:abstractNumId w:val="6"/>
  </w:num>
  <w:num w:numId="3" w16cid:durableId="537010006">
    <w:abstractNumId w:val="5"/>
  </w:num>
  <w:num w:numId="4" w16cid:durableId="1518545821">
    <w:abstractNumId w:val="4"/>
  </w:num>
  <w:num w:numId="5" w16cid:durableId="547106029">
    <w:abstractNumId w:val="7"/>
  </w:num>
  <w:num w:numId="6" w16cid:durableId="1656638993">
    <w:abstractNumId w:val="3"/>
  </w:num>
  <w:num w:numId="7" w16cid:durableId="1603610161">
    <w:abstractNumId w:val="2"/>
  </w:num>
  <w:num w:numId="8" w16cid:durableId="712852744">
    <w:abstractNumId w:val="1"/>
  </w:num>
  <w:num w:numId="9" w16cid:durableId="21713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CEB"/>
    <w:rsid w:val="0029639D"/>
    <w:rsid w:val="00326F90"/>
    <w:rsid w:val="006312A6"/>
    <w:rsid w:val="00655E24"/>
    <w:rsid w:val="006939CB"/>
    <w:rsid w:val="007D1BDD"/>
    <w:rsid w:val="009E75A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98A28"/>
  <w14:defaultImageDpi w14:val="300"/>
  <w15:docId w15:val="{9690BC69-84C4-4AF2-896C-9D3F7F9F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Полина Чапланова</cp:lastModifiedBy>
  <cp:revision>3</cp:revision>
  <dcterms:created xsi:type="dcterms:W3CDTF">2026-09-02T13:54:00Z</dcterms:created>
  <dcterms:modified xsi:type="dcterms:W3CDTF">2026-09-02T13:54:00Z</dcterms:modified>
  <cp:category/>
</cp:coreProperties>
</file>