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02D65" w14:textId="314F0E37" w:rsidR="00F72341" w:rsidRPr="00A10908" w:rsidRDefault="000F6C23">
      <w:pPr>
        <w:pStyle w:val="1"/>
        <w:rPr>
          <w:lang w:val="ru-RU"/>
        </w:rPr>
      </w:pPr>
      <w:r w:rsidRPr="00A10908">
        <w:rPr>
          <w:lang w:val="ru-RU"/>
        </w:rPr>
        <w:t>Вакансия: ЛИЧНЫЙ АССИСТЕНТ -ПОМОЩНИК (удалённо, частичная занятость)</w:t>
      </w:r>
    </w:p>
    <w:p w14:paraId="080A6259" w14:textId="77777777" w:rsidR="00F72341" w:rsidRPr="00A10908" w:rsidRDefault="000F6C23">
      <w:pPr>
        <w:rPr>
          <w:lang w:val="ru-RU"/>
        </w:rPr>
      </w:pPr>
      <w:r w:rsidRPr="00A10908">
        <w:rPr>
          <w:lang w:val="ru-RU"/>
        </w:rPr>
        <w:t>Полина Чапланова — дизайнер интерьера и автор радиопередачи «Вокруг дизайна» — в поиске личного помощника, который сможет взять на себя часть организационных и медиа-задач.</w:t>
      </w:r>
    </w:p>
    <w:p w14:paraId="116B9DF7" w14:textId="77777777" w:rsidR="00F72341" w:rsidRPr="00A10908" w:rsidRDefault="000F6C23">
      <w:pPr>
        <w:rPr>
          <w:lang w:val="ru-RU"/>
        </w:rPr>
      </w:pPr>
      <w:r w:rsidRPr="00A10908">
        <w:rPr>
          <w:lang w:val="ru-RU"/>
        </w:rPr>
        <w:t>Рассматриваются кандидаты с минимальным опытом — важно быть ответственным, аккуратным и заинтересованным в развитии.</w:t>
      </w:r>
    </w:p>
    <w:p w14:paraId="6897D7F5" w14:textId="77777777" w:rsidR="00F72341" w:rsidRPr="00A10908" w:rsidRDefault="000F6C23">
      <w:pPr>
        <w:rPr>
          <w:b/>
          <w:bCs/>
          <w:lang w:val="ru-RU"/>
        </w:rPr>
      </w:pPr>
      <w:r w:rsidRPr="00A10908">
        <w:rPr>
          <w:b/>
          <w:bCs/>
          <w:lang w:val="ru-RU"/>
        </w:rPr>
        <w:t>Обязанности:</w:t>
      </w:r>
    </w:p>
    <w:p w14:paraId="2444B9EE" w14:textId="77777777" w:rsidR="00F72341" w:rsidRPr="00A10908" w:rsidRDefault="000F6C23">
      <w:pPr>
        <w:rPr>
          <w:lang w:val="ru-RU"/>
        </w:rPr>
      </w:pPr>
      <w:r w:rsidRPr="00A10908">
        <w:rPr>
          <w:b/>
          <w:bCs/>
          <w:lang w:val="ru-RU"/>
        </w:rPr>
        <w:t>Организационные задачи:</w:t>
      </w:r>
      <w:r w:rsidRPr="00A10908">
        <w:rPr>
          <w:lang w:val="ru-RU"/>
        </w:rPr>
        <w:br/>
        <w:t>- помощь в бытовых и рабочих вопросах: найти, заказать, договориться, написать, оформить;</w:t>
      </w:r>
      <w:r w:rsidRPr="00A10908">
        <w:rPr>
          <w:lang w:val="ru-RU"/>
        </w:rPr>
        <w:br/>
        <w:t>- ведение таблиц и баз: контакты клиентов, поставщиков, партнёров.</w:t>
      </w:r>
    </w:p>
    <w:p w14:paraId="7B9DB6D3" w14:textId="77777777" w:rsidR="00F72341" w:rsidRPr="00A10908" w:rsidRDefault="000F6C23">
      <w:pPr>
        <w:rPr>
          <w:lang w:val="ru-RU"/>
        </w:rPr>
      </w:pPr>
      <w:r w:rsidRPr="00A10908">
        <w:rPr>
          <w:b/>
          <w:bCs/>
        </w:rPr>
        <w:t>SMM</w:t>
      </w:r>
      <w:r w:rsidRPr="00A10908">
        <w:rPr>
          <w:b/>
          <w:bCs/>
          <w:lang w:val="ru-RU"/>
        </w:rPr>
        <w:t xml:space="preserve">-задачи (ВКонтакте и </w:t>
      </w:r>
      <w:r w:rsidRPr="00A10908">
        <w:rPr>
          <w:b/>
          <w:bCs/>
        </w:rPr>
        <w:t>Telegram</w:t>
      </w:r>
      <w:r w:rsidRPr="00A10908">
        <w:rPr>
          <w:b/>
          <w:bCs/>
          <w:lang w:val="ru-RU"/>
        </w:rPr>
        <w:t>):</w:t>
      </w:r>
      <w:r w:rsidRPr="00A10908">
        <w:rPr>
          <w:lang w:val="ru-RU"/>
        </w:rPr>
        <w:br/>
        <w:t xml:space="preserve">- написание 2–3 постов или </w:t>
      </w:r>
      <w:proofErr w:type="spellStart"/>
      <w:r w:rsidRPr="00A10908">
        <w:rPr>
          <w:lang w:val="ru-RU"/>
        </w:rPr>
        <w:t>сторис</w:t>
      </w:r>
      <w:proofErr w:type="spellEnd"/>
      <w:r w:rsidRPr="00A10908">
        <w:rPr>
          <w:lang w:val="ru-RU"/>
        </w:rPr>
        <w:t xml:space="preserve"> в неделю (контент частично готовится дизайнером);</w:t>
      </w:r>
      <w:r w:rsidRPr="00A10908">
        <w:rPr>
          <w:lang w:val="ru-RU"/>
        </w:rPr>
        <w:br/>
        <w:t xml:space="preserve">- копирование контента из </w:t>
      </w:r>
      <w:r>
        <w:t>Instagram</w:t>
      </w:r>
      <w:r w:rsidRPr="00A10908">
        <w:rPr>
          <w:lang w:val="ru-RU"/>
        </w:rPr>
        <w:t xml:space="preserve"> в другие соцсети;</w:t>
      </w:r>
      <w:r w:rsidRPr="00A10908">
        <w:rPr>
          <w:lang w:val="ru-RU"/>
        </w:rPr>
        <w:br/>
        <w:t xml:space="preserve">- создание простых макетов в </w:t>
      </w:r>
      <w:r>
        <w:t>Canva</w:t>
      </w:r>
      <w:r w:rsidRPr="00A10908">
        <w:rPr>
          <w:lang w:val="ru-RU"/>
        </w:rPr>
        <w:t xml:space="preserve"> (если нет опыта — обучение);</w:t>
      </w:r>
      <w:r w:rsidRPr="00A10908">
        <w:rPr>
          <w:lang w:val="ru-RU"/>
        </w:rPr>
        <w:br/>
        <w:t>- ответы на комментарии, помощь с рассылками;</w:t>
      </w:r>
      <w:r w:rsidRPr="00A10908">
        <w:rPr>
          <w:lang w:val="ru-RU"/>
        </w:rPr>
        <w:br/>
        <w:t>- участие в составлении контент-плана, помощь в анализе статистики;</w:t>
      </w:r>
      <w:r w:rsidRPr="00A10908">
        <w:rPr>
          <w:lang w:val="ru-RU"/>
        </w:rPr>
        <w:br/>
        <w:t>- предложения по улучшению и развитию блога.</w:t>
      </w:r>
    </w:p>
    <w:p w14:paraId="6C7BB4E9" w14:textId="77777777" w:rsidR="00F72341" w:rsidRPr="00A10908" w:rsidRDefault="000F6C23">
      <w:pPr>
        <w:rPr>
          <w:lang w:val="ru-RU"/>
        </w:rPr>
      </w:pPr>
      <w:r w:rsidRPr="00A10908">
        <w:rPr>
          <w:b/>
          <w:bCs/>
          <w:lang w:val="ru-RU"/>
        </w:rPr>
        <w:t xml:space="preserve">Контент для радио и </w:t>
      </w:r>
      <w:r w:rsidRPr="00A10908">
        <w:rPr>
          <w:b/>
          <w:bCs/>
        </w:rPr>
        <w:t>YouTube</w:t>
      </w:r>
      <w:r w:rsidRPr="00A10908">
        <w:rPr>
          <w:b/>
          <w:bCs/>
          <w:lang w:val="ru-RU"/>
        </w:rPr>
        <w:t>:</w:t>
      </w:r>
      <w:r w:rsidRPr="00A10908">
        <w:rPr>
          <w:lang w:val="ru-RU"/>
        </w:rPr>
        <w:br/>
        <w:t>- присутствие во время прямых эфиров во ВКонтакте (участие в чате, задание вопросов);</w:t>
      </w:r>
      <w:r w:rsidRPr="00A10908">
        <w:rPr>
          <w:lang w:val="ru-RU"/>
        </w:rPr>
        <w:br/>
        <w:t xml:space="preserve">- сохранение записей эфиров, публикация на </w:t>
      </w:r>
      <w:r>
        <w:t>YouTube</w:t>
      </w:r>
      <w:r w:rsidRPr="00A10908">
        <w:rPr>
          <w:lang w:val="ru-RU"/>
        </w:rPr>
        <w:t xml:space="preserve"> или </w:t>
      </w:r>
      <w:proofErr w:type="spellStart"/>
      <w:r>
        <w:t>RuTube</w:t>
      </w:r>
      <w:proofErr w:type="spellEnd"/>
      <w:r w:rsidRPr="00A10908">
        <w:rPr>
          <w:lang w:val="ru-RU"/>
        </w:rPr>
        <w:t>;</w:t>
      </w:r>
      <w:r w:rsidRPr="00A10908">
        <w:rPr>
          <w:lang w:val="ru-RU"/>
        </w:rPr>
        <w:br/>
        <w:t xml:space="preserve">- помощь в оформлении </w:t>
      </w:r>
      <w:proofErr w:type="spellStart"/>
      <w:r w:rsidRPr="00A10908">
        <w:rPr>
          <w:lang w:val="ru-RU"/>
        </w:rPr>
        <w:t>аудиоподкастов</w:t>
      </w:r>
      <w:proofErr w:type="spellEnd"/>
      <w:r w:rsidRPr="00A10908">
        <w:rPr>
          <w:lang w:val="ru-RU"/>
        </w:rPr>
        <w:t xml:space="preserve"> на основе эфиров.</w:t>
      </w:r>
    </w:p>
    <w:p w14:paraId="60D83D03" w14:textId="77777777" w:rsidR="00F72341" w:rsidRPr="00A10908" w:rsidRDefault="000F6C23">
      <w:pPr>
        <w:rPr>
          <w:lang w:val="ru-RU"/>
        </w:rPr>
      </w:pPr>
      <w:r w:rsidRPr="00A10908">
        <w:rPr>
          <w:b/>
          <w:bCs/>
          <w:lang w:val="ru-RU"/>
        </w:rPr>
        <w:t>Требования:</w:t>
      </w:r>
      <w:r w:rsidRPr="00A10908">
        <w:rPr>
          <w:lang w:val="ru-RU"/>
        </w:rPr>
        <w:br/>
        <w:t>- свободный график (возможно совмещение);</w:t>
      </w:r>
      <w:r w:rsidRPr="00A10908">
        <w:rPr>
          <w:lang w:val="ru-RU"/>
        </w:rPr>
        <w:br/>
        <w:t>- грамотная письменная и устная речь;</w:t>
      </w:r>
      <w:r w:rsidRPr="00A10908">
        <w:rPr>
          <w:lang w:val="ru-RU"/>
        </w:rPr>
        <w:br/>
        <w:t xml:space="preserve">- уверенное владение </w:t>
      </w:r>
      <w:r>
        <w:t>Word</w:t>
      </w:r>
      <w:r w:rsidRPr="00A10908">
        <w:rPr>
          <w:lang w:val="ru-RU"/>
        </w:rPr>
        <w:t xml:space="preserve">, </w:t>
      </w:r>
      <w:r>
        <w:t>Excel</w:t>
      </w:r>
      <w:r w:rsidRPr="00A10908">
        <w:rPr>
          <w:lang w:val="ru-RU"/>
        </w:rPr>
        <w:t xml:space="preserve"> / </w:t>
      </w:r>
      <w:r>
        <w:t>Google</w:t>
      </w:r>
      <w:r w:rsidRPr="00A10908">
        <w:rPr>
          <w:lang w:val="ru-RU"/>
        </w:rPr>
        <w:t xml:space="preserve">-таблицами, </w:t>
      </w:r>
      <w:r>
        <w:t>Canva</w:t>
      </w:r>
      <w:r w:rsidRPr="00A10908">
        <w:rPr>
          <w:lang w:val="ru-RU"/>
        </w:rPr>
        <w:t>;</w:t>
      </w:r>
      <w:r w:rsidRPr="00A10908">
        <w:rPr>
          <w:lang w:val="ru-RU"/>
        </w:rPr>
        <w:br/>
        <w:t>- инициативность, аккуратность, умение держать сроки и быть на связи.</w:t>
      </w:r>
    </w:p>
    <w:p w14:paraId="62A98B5B" w14:textId="77777777" w:rsidR="00F72341" w:rsidRPr="00A10908" w:rsidRDefault="000F6C23">
      <w:pPr>
        <w:rPr>
          <w:lang w:val="ru-RU"/>
        </w:rPr>
      </w:pPr>
      <w:r w:rsidRPr="00A10908">
        <w:rPr>
          <w:b/>
          <w:bCs/>
          <w:lang w:val="ru-RU"/>
        </w:rPr>
        <w:t>Будет преимуществом:</w:t>
      </w:r>
      <w:r w:rsidRPr="00A10908">
        <w:rPr>
          <w:lang w:val="ru-RU"/>
        </w:rPr>
        <w:br/>
        <w:t xml:space="preserve">- знание работы с ВКонтакте, </w:t>
      </w:r>
      <w:r>
        <w:t>Telegram</w:t>
      </w:r>
      <w:r w:rsidRPr="00A10908">
        <w:rPr>
          <w:lang w:val="ru-RU"/>
        </w:rPr>
        <w:t xml:space="preserve">, </w:t>
      </w:r>
      <w:r>
        <w:t>YouTube</w:t>
      </w:r>
      <w:r w:rsidRPr="00A10908">
        <w:rPr>
          <w:lang w:val="ru-RU"/>
        </w:rPr>
        <w:t>;</w:t>
      </w:r>
      <w:r w:rsidRPr="00A10908">
        <w:rPr>
          <w:lang w:val="ru-RU"/>
        </w:rPr>
        <w:br/>
        <w:t>- интерес к дизайну интерьера, медиа и визуальному контенту;</w:t>
      </w:r>
      <w:r w:rsidRPr="00A10908">
        <w:rPr>
          <w:lang w:val="ru-RU"/>
        </w:rPr>
        <w:br/>
        <w:t>- навыки в редактировании видео или настройке рекламы (необязательно).</w:t>
      </w:r>
    </w:p>
    <w:p w14:paraId="1D541826" w14:textId="77777777" w:rsidR="00F72341" w:rsidRDefault="000F6C23">
      <w:pPr>
        <w:rPr>
          <w:lang w:val="ru-RU"/>
        </w:rPr>
      </w:pPr>
      <w:r w:rsidRPr="00A10908">
        <w:rPr>
          <w:lang w:val="ru-RU"/>
        </w:rPr>
        <w:t>Работа удалённая, объём — небольшой. Есть возможность развития и роста.</w:t>
      </w:r>
    </w:p>
    <w:p w14:paraId="17F5967E" w14:textId="77777777" w:rsidR="00A10908" w:rsidRPr="00A10908" w:rsidRDefault="00A10908">
      <w:pPr>
        <w:rPr>
          <w:lang w:val="ru-RU"/>
        </w:rPr>
      </w:pPr>
    </w:p>
    <w:p w14:paraId="3E2F2779" w14:textId="77777777" w:rsidR="00F72341" w:rsidRDefault="000F6C23">
      <w:pPr>
        <w:rPr>
          <w:lang w:val="ru-RU"/>
        </w:rPr>
      </w:pPr>
      <w:r w:rsidRPr="00A10908">
        <w:rPr>
          <w:lang w:val="ru-RU"/>
        </w:rPr>
        <w:lastRenderedPageBreak/>
        <w:t>Для отклика — пожалуйста, расскажите о себе, приложите ссылки на соцсети или примеры работ, если есть.</w:t>
      </w:r>
    </w:p>
    <w:p w14:paraId="3071E216" w14:textId="2FE61A8A" w:rsidR="00A10908" w:rsidRDefault="00A10908">
      <w:pPr>
        <w:rPr>
          <w:lang w:val="ru-RU"/>
        </w:rPr>
      </w:pPr>
      <w:r>
        <w:rPr>
          <w:lang w:val="ru-RU"/>
        </w:rPr>
        <w:t xml:space="preserve">Мои </w:t>
      </w:r>
      <w:proofErr w:type="spellStart"/>
      <w:proofErr w:type="gramStart"/>
      <w:r>
        <w:rPr>
          <w:lang w:val="ru-RU"/>
        </w:rPr>
        <w:t>соц.сети</w:t>
      </w:r>
      <w:proofErr w:type="spellEnd"/>
      <w:proofErr w:type="gramEnd"/>
      <w:r>
        <w:rPr>
          <w:lang w:val="ru-RU"/>
        </w:rPr>
        <w:t xml:space="preserve">: </w:t>
      </w:r>
    </w:p>
    <w:p w14:paraId="0BC15985" w14:textId="38A614DD" w:rsidR="00A10908" w:rsidRDefault="00A10908">
      <w:pPr>
        <w:rPr>
          <w:lang w:val="ru-RU"/>
        </w:rPr>
      </w:pPr>
      <w:hyperlink r:id="rId6" w:history="1">
        <w:r w:rsidRPr="002D2686">
          <w:rPr>
            <w:rStyle w:val="aff8"/>
            <w:lang w:val="ru-RU"/>
          </w:rPr>
          <w:t>https://taplink.cc/polina_chaplanova_design</w:t>
        </w:r>
      </w:hyperlink>
    </w:p>
    <w:p w14:paraId="7A6F1180" w14:textId="77777777" w:rsidR="00A10908" w:rsidRPr="00A10908" w:rsidRDefault="00A10908">
      <w:pPr>
        <w:rPr>
          <w:lang w:val="ru-RU"/>
        </w:rPr>
      </w:pPr>
    </w:p>
    <w:sectPr w:rsidR="00A10908" w:rsidRPr="00A1090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227516">
    <w:abstractNumId w:val="8"/>
  </w:num>
  <w:num w:numId="2" w16cid:durableId="1199050768">
    <w:abstractNumId w:val="6"/>
  </w:num>
  <w:num w:numId="3" w16cid:durableId="472138259">
    <w:abstractNumId w:val="5"/>
  </w:num>
  <w:num w:numId="4" w16cid:durableId="1112670901">
    <w:abstractNumId w:val="4"/>
  </w:num>
  <w:num w:numId="5" w16cid:durableId="21439038">
    <w:abstractNumId w:val="7"/>
  </w:num>
  <w:num w:numId="6" w16cid:durableId="282158724">
    <w:abstractNumId w:val="3"/>
  </w:num>
  <w:num w:numId="7" w16cid:durableId="1623994927">
    <w:abstractNumId w:val="2"/>
  </w:num>
  <w:num w:numId="8" w16cid:durableId="1013919904">
    <w:abstractNumId w:val="1"/>
  </w:num>
  <w:num w:numId="9" w16cid:durableId="1256286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C23"/>
    <w:rsid w:val="0015074B"/>
    <w:rsid w:val="0029639D"/>
    <w:rsid w:val="00326F90"/>
    <w:rsid w:val="00A025A8"/>
    <w:rsid w:val="00A10908"/>
    <w:rsid w:val="00AA1D8D"/>
    <w:rsid w:val="00B47730"/>
    <w:rsid w:val="00CB0664"/>
    <w:rsid w:val="00CD4248"/>
    <w:rsid w:val="00F723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DBA996"/>
  <w14:defaultImageDpi w14:val="300"/>
  <w15:docId w15:val="{2AB0A8CB-5F1B-4E18-A9F6-477E2FEF3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A10908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A109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aplink.cc/polina_chaplanova_desig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Полина Чапланова</cp:lastModifiedBy>
  <cp:revision>2</cp:revision>
  <dcterms:created xsi:type="dcterms:W3CDTF">2025-04-08T09:05:00Z</dcterms:created>
  <dcterms:modified xsi:type="dcterms:W3CDTF">2025-04-08T09:05:00Z</dcterms:modified>
  <cp:category/>
</cp:coreProperties>
</file>